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0" w:line="300" w:lineRule="auto"/>
        <w:jc w:val="center"/>
      </w:pPr>
      <w:r>
        <w:rPr>
          <w:rFonts w:ascii="黑体" w:hAnsi="黑体" w:eastAsia="黑体"/>
          <w:b/>
          <w:i w:val="0"/>
          <w:color w:val="2F9E5C"/>
          <w:sz w:val="44"/>
        </w:rPr>
        <w:t>小学生 Python 创意编程</w:t>
      </w:r>
    </w:p>
    <w:p>
      <w:pPr>
        <w:spacing w:before="0" w:after="80" w:line="300" w:lineRule="auto"/>
        <w:jc w:val="center"/>
      </w:pPr>
      <w:r>
        <w:rPr>
          <w:rFonts w:ascii="黑体" w:hAnsi="黑体" w:eastAsia="黑体"/>
          <w:b/>
          <w:i w:val="0"/>
          <w:sz w:val="30"/>
        </w:rPr>
        <w:t>作业练习册 · 120 题</w:t>
      </w:r>
    </w:p>
    <w:p>
      <w:pPr>
        <w:spacing w:before="0" w:after="280" w:line="300" w:lineRule="auto"/>
        <w:jc w:val="center"/>
      </w:pPr>
      <w:r>
        <w:rPr>
          <w:rFonts w:ascii="宋体" w:hAnsi="宋体" w:eastAsia="宋体"/>
          <w:b w:val="0"/>
          <w:i w:val="0"/>
          <w:color w:val="777F7A"/>
          <w:sz w:val="21"/>
        </w:rPr>
        <w:t>配套 14 章 68 课 · 含参考答案与知识点</w:t>
      </w:r>
    </w:p>
    <w:p>
      <w:pPr>
        <w:spacing w:before="0" w:after="320" w:line="300" w:lineRule="auto"/>
        <w:jc w:val="center"/>
      </w:pPr>
      <w:r>
        <w:rPr>
          <w:rFonts w:ascii="宋体" w:hAnsi="宋体" w:eastAsia="宋体"/>
          <w:b w:val="0"/>
          <w:i w:val="0"/>
          <w:color w:val="777F7A"/>
          <w:sz w:val="21"/>
        </w:rPr>
        <w:t>从 print 与 turtle 起步，一路走到函数、类与对象、GUI 和办公自动化。</w:t>
      </w:r>
    </w:p>
    <w:p>
      <w:pPr>
        <w:spacing w:after="80"/>
        <w:ind w:left="340"/>
      </w:pPr>
      <w:r>
        <w:rPr>
          <w:rFonts w:ascii="黑体" w:hAnsi="黑体" w:eastAsia="黑体"/>
          <w:b/>
          <w:i w:val="0"/>
          <w:color w:val="1B2A21"/>
          <w:sz w:val="23"/>
        </w:rPr>
        <w:t>使用说明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难度：★ 基础（当堂完成）　★★ 进阶（课后作业）　★★★ 挑战（选做）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每道题下方留有书写横线，可直接在上面写代码思路；完成后在 □ 里打勾。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第二部分「参考答案与知识点」可单独打印，供老师批阅或家长辅导使用。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本文件为可编辑 Word，可按需增删题目、调整分值后再打印。</w:t>
      </w:r>
    </w:p>
    <w:p>
      <w:pPr>
        <w:spacing w:before="120" w:after="80" w:line="300" w:lineRule="auto"/>
        <w:ind w:left="340"/>
      </w:pPr>
      <w:r>
        <w:rPr>
          <w:rFonts w:ascii="宋体" w:hAnsi="宋体" w:eastAsia="宋体"/>
          <w:b w:val="0"/>
          <w:i w:val="0"/>
          <w:sz w:val="21"/>
        </w:rPr>
        <w:t>班级 __________　　姓名 __________　　学号 ______　　开始日期 __________</w:t>
      </w:r>
    </w:p>
    <w:p>
      <w:pPr>
        <w:spacing w:before="240" w:after="80" w:line="300" w:lineRule="auto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3402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单元 / 章</w:t>
            </w:r>
          </w:p>
        </w:tc>
        <w:tc>
          <w:tcPr>
            <w:tcW w:type="dxa" w:w="2268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对应课次</w:t>
            </w:r>
          </w:p>
        </w:tc>
        <w:tc>
          <w:tcPr>
            <w:tcW w:type="dxa" w:w="1701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题号</w:t>
            </w:r>
          </w:p>
        </w:tc>
        <w:tc>
          <w:tcPr>
            <w:tcW w:type="dxa" w:w="1417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题数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 章　我的新朋友，它叫Python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1–4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1–8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8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2 章　召唤画图的小海龟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5–8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9–20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12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3 章　神奇的变量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9–13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21–31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 章　如果，那么大学问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14–22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32–47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16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 章　循环是种神奇的力量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23–29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48–61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6 章　兄弟齐聚一堂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30–39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62–78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17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7 章　函数拥有巨大的能力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40–44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79–87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9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8 章　类与对象的奥秘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45–50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88–96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9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9 章　注释帮助我们理解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51–51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97–98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10 章　警报，警报，发现异常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52–53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99–102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11 章　汇聚功能的模块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54–56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103–106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12 章　玩转GUI编程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57–62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107–113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7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13 章　文件的读写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63–65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114–117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14 章　办公也能自动化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66–68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118–120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3 题</w:t>
            </w:r>
          </w:p>
        </w:tc>
      </w:tr>
    </w:tbl>
    <w:p>
      <w:r>
        <w:br w:type="page"/>
      </w:r>
    </w:p>
    <w:p>
      <w:pPr>
        <w:pStyle w:val="Heading1"/>
      </w:pPr>
      <w:r>
        <w:t>第一部分　作业题目</w:t>
      </w: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20"/>
        </w:rPr>
        <w:t>在横线上写出你的思路或代码；完成后在 □ 内打勾。</w:t>
      </w:r>
    </w:p>
    <w:p>
      <w:pPr>
        <w:pStyle w:val="Heading2"/>
      </w:pPr>
      <w:r>
        <w:t>第 1 章　我的新朋友，它叫Python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打开 IDLE，新建一个 first.py 文件，用三行 print 输出：我的名字、我的年龄、我喜欢的科目。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 课　我是Python，我强大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提示：保存后用 Run → Run Module 运行，检查是否三行都显示。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让 Python 当一次计算器：用一行 print 输出 98898932143+343534254*43124321 的结果。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 课　我是Python，我强大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提示：对比手算结果，体会大数计算。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print 输出乘法算式 6×7=42 的样子（等号左右都要有内容）。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 课　我是Python，我强大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提示：提示：print("6×7=", 6*7)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用 print 输出一首 4 行的古诗，要求每行缩进两个全角空格，整体排版整齐。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 课　我是Python，我强大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提示：注意引号配对，中文标点不要混用。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分别在 IDLE Shell（交互式）和 .py 文件两种方式下输出一句话“你好，Python！”，比较两者的区别。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 课　朋友间的问候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提示：想一想：关掉窗口后，哪边的代码还在？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编写 flag.py，运行时输出“从今天开始我要学 Python 了！”。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 课　我要立个Flag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提示：文件名不要用中文，避免运行报错。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print 的 end 参数，把 5 个词语输出在同一行，中间用 - 隔开。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 课　我要立个Flag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提示：提示：print(x, end="-")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只用 print 和符号，画出一个爱心图案（至少 5 行）。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 课　我的符号图案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提示：别忘了 print("") 可以输出空行。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2 章　召唤画图的小海龟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导入 turtle，让小海龟前进 100 步，画出一条线段。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 课　画图的小海龟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提示：记住三件套：import turtle → forward → done()。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把小海龟的形状依次改成 arrow、turtle、circle、square，各运行一次并观察。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 课　画图的小海龟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提示：提示：turtle.shape("turtle")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画一个边长 100 的正方形（前进 + 右转 90 度，重复 4 次）。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 课　画图的小海龟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提示：先画好第一步，再找重复规律。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设置画笔颜色为红色、粗细为 5，画一条线段。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小海龟的绝学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提示：提示：pencolor / pensize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画一个长 150、宽 80 的长方形。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小海龟的绝学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提示：四条边要分两组：长、宽、长、宽。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画一个边长为 120 的等边三角形。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小海龟的绝学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提示：每次转角是多少度？先算一算。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用变量 n 控制边数，画一个正 n 边形（n 分别取 5、6、8 试一试）。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小海龟的绝学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提示：外角和是 360 度，每次转 360/n。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turtle 画一个等边三角形，回顾坐标与角度的关系。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 课　探索新天地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提示：画完用 penup/pendown 把笔收起来。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画一个五角星（提示：每次转 144 度，重复 5 次）。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 课　探索新天地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提示：画之前先分析：五角星有几条边？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把画布背景设为蓝色（bgcolor），在上面画一颗黄色的五角星。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 课　探索新天地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提示：注意设置背景色要在画图之前。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画一颗填充金色（gold）的五角星，要用 begin_fill / end_fill。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 课　金灿灿的小星星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提示：填充必须成对出现，否则不会上色。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自由创作：用基本图形组合出一座小房子（正方形墙 + 三角形屋顶 + 一扇窗户）。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 课　金灿灿的小星星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提示：先画草图，再拆成几个小任务逐个完成。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3 章　神奇的变量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input 询问用户姓名，然后输出“XXX，你好！欢迎学习 Python。”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9 课　探寻程序的输入输出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提示：提示：name = input("请输入你的名字：")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输入两个整数，输出它们的和、差、积。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9 课　探寻程序的输入输出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提示：input 得到的是字符串，要用 int() 转换。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%d 格式化输出：“我叫XX，今年X岁”。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9 课　探寻程序的输入输出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提示：对比字符串拼接和 % 格式化的写法。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变量交换：deer="小鹿"，fox="狐狸"，交换后让 deer 变成狐狸、fox 变成小鹿。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10 课　脑筋急转弯一般的名字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提示：需要第三个临时变量来帮忙。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三个变量 a、b、c 分别装“苹果”“香蕉”“橙子”，让它们轮转一圈（a←b，b←c，c←a）。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10 课　脑筋急转弯一般的名字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提示：画一画图，别把值弄丢了。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计算并输出 89*65 与 988/34 的结果。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11 课　数字的奥秘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 / 得到的是浮点数。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输入圆的半径 r，输出它的面积（π 取 3.14）。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11 课　数字的奥秘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提示：对比 int 和 float 两种半径的结果差异。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分别计算 3/2、3.0/2、3//2、3%2，把四个结果和你的猜想对比，说明区别。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11 课　数字的奥秘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提示：把结论写在代码注释里。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用字符串拼接输出一句完整的自我介绍（至少包含姓名、爱好、梦想）。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12 课　字符串是什么东西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提示：注意数字和字符串不能直接相加。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输入一句话，输出它的第 1 个字符、最后 1 个字符和总长度。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12 课　字符串是什么东西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提示：索引从 0 开始，最后一个可以用 -1。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下面哪些变量名是不合法的：myName、2name、my-name、_name、姓名、print？把不合法的改正确。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13 课　变量名字很讲究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提示：变量名只能由字母、数字、下划线组成，且不能以数字开头。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4 章　如果，那么大学问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脑筋急转弯程序：问题“狐狸为什么总是摔跤？”，输入答案，答对了给奖励。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14 课　脑筋急转弯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if 判断答案是否等于“狡猾”。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输入一个整数，判断它是奇数还是偶数并输出。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14 课　脑筋急转弯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提示：提示：n % 2 == 0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查找犯罪嫌疑人：给出三个嫌疑人的身高、体重特征，输入特征值找出符合条件的那个人。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15 课　查找犯罪嫌疑人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提示：多个 if 可以并列使用。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 1、2、3 中的一个数字，分别输出“石头”“剪刀”“布”。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15 课　查找犯罪嫌疑人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提示：想一想能否用后面学的结构简化。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输入两个数，输出它们的比较结果（大于 / 小于 / 等于）。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16 课　比较运算符的聚会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提示：练习 &gt;、&lt;、==、!= 六个比较运算符。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输入考试分数，输出等级：90 分以上优秀、80-89 良好、60-79 及格、否则不及格。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16 课　比较运算符的聚会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提示：注意区间的边界值别写错。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改错：下面这段 if 代码因为缩进不对导致结果错误，请修复并说明原因。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17 课　缩进也有讲究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提示：缩进 4 个空格代表“属于这个 if”。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输入年份，判断它是不是闰年（能被 4 整除且不能被 100 整除，或能被 400 整除）。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17 课　缩进也有讲究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提示：这是经典的 if 嵌套练习。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密码验证：预设密码“123456”，输入正确输出“登录成功”，否则输出“密码错误”。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18 课　if不做的，else来做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提示：if 和 else 只能二选一执行。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输入体温（如 37.8），判断是否发烧（≥37.3 为发烧），分别给出不同提示。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18 课　if不做的，else来做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提示：注意输入是字符串，要先转 float。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游戏段位程序：输入分数，&lt;10 青铜、10-49 白银、50-99 黄金、≥100 王者。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19 课　还有个兄弟叫作elif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if-elif-else 一条链搞定。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输入身高和体重，计算 BMI 并输出“偏瘦 / 正常 / 偏胖 / 肥胖”。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19 课　还有个兄弟叫作elif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提示：BMI = 体重 ÷ 身高²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and 判断：只有当“年龄≥8 岁”且“身高≥130cm”时才能坐过山车。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20 课　满足两个条件用and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提示：两个条件必须同时成立。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颜色混合：输入两种颜色（红/黄/蓝），用 and 判断混合后的颜色并输出。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20 课　满足两个条件用and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提示：如 蓝+黄=绿、红+黄=橙。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or 判断：输入今天是星期几，如果是周六或周日就输出“可以睡懒觉”。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21 课　满足一个条件用or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提示：满足其中一个条件即可。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石头剪刀布：你和电脑各出一个（电脑用 random），判断谁赢，玩 3 局。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22 课　逻辑运算符not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提示：综合 if/elif/else、and/or、随机数。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5 章　循环是种神奇的力量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for 循环打印 1 到 10。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23 课　修炼内功for循环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提示：提示：for i in range(10) 从 0 开始。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range(1, 11) 打印 1 到 10，体会 range 的“含头不含尾”。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23 课　修炼内功for循环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提示：再试试 range(1,11,2) 是什么效果。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打印一行 9 的乘法：9×1=9 … 9×9=81。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24 课　输出一张九九乘法表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提示：先写出一行的循环。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输出完整的九九乘法表（9 行）。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24 课　输出一张九九乘法表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提示：两层 for 循环：外层管行，内层管列。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输出“倒三角”形状的九九乘法表（第 1 行 9 个，第 2 行 8 个……）。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24 课　输出一张九九乘法表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提示：内层的 range 终点要跟着外层变。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打印 20 以内的所有偶数。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25 课　找出偶数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提示：range 的步长设为 2。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打印 1-100 中能被 3 整除的数，并输出它们的总和。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25 课　找出偶数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提示：用一个变量累加。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遍历字符串“我爱你，妈妈！”，逐字打印（每个字一行）。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26 课　遍历字符串对象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提示：字符串也能被 for 遍历。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有一个名字列表 ['聪聪果','壮壮果','美美果']，逐个输出“XX，你好！”。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26 课　遍历字符串对象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提示：for name in names: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while 循环从 1 数到 100。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27 课　循环招式升级while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提示：别忘了让计数变量自己加 1，否则死循环。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while 求 1+2+…+100 的和。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27 课　循环招式升级while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提示：循环三要素：初值、条件、变化。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改错：下面这段 while 是无限循环，请找出原因并修复。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28 课　可怕的无限循环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提示：检查循环条件是否永远为真。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猜数字：程序心里想一个 1-100 的数，玩家反复猜，直到猜中为止。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28 课　可怕的无限循环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while + break。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打印 1-50，跳过所有含 7 或 7 的倍数的数（用 continue）。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29 课　跳出循环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提示：continue 是“跳过本次，继续下一次”。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6 章　兄弟齐聚一堂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创建藏书阁列表 ['史记','孙子兵法','大百科','四大名著','山海经'] 并打印。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30 课　我的藏书阁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提示：列表用中括号，元素之间用逗号。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让用户输入 5 本书名，存进列表后打印出来。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30 课　我的藏书阁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append 配合循环。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在藏书阁列表末尾追加一本新书《上下五千年》。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31 课　我有新书了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提示：提示：append()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insert 把《新华字典》插入到列表的第 2 个位置。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31 课　我有新书了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提示：索引从 0 开始，第 2 个位置索引是 1。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按索引查找：输入 0-4 的数字，输出对应位置的书名。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32 课　找出我要的图书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提示：越界会报错，注意范围。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index() 找出《山海经》在列表中的位置，并输出“它在第 X 个”。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32 课　找出我要的图书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提示：找不到会报错，可以先判断 in。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图书换新：把列表中索引 2 的《大百科》换成《新大百科》。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33 课　图书换新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提示：直接给 books[2] 赋新值。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批量替换：把列表中所有“旧书”改成“新书”。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33 课　图书换新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提示：需要遍历并用索引赋值。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remove 删除列表中被水泡坏的《孙子兵法》。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34 课　这里有本需要丢掉的书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提示：remove 按“值”删除，不是按位置。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分别用 del 和 pop 删除最后一个元素，观察两者的区别。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34 课　这里有本需要丢掉的书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提示：pop 会把删掉的元素“还给你”。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成绩名单排序后，用切片取出前 3 名。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35 课　找出成绩前3名的同学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提示：提示：nameList[0:3]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 5 个同学的分数，降序排列后输出前三名及其分数。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35 课　找出成绩前3名的同学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提示：sort(reverse=True)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遍历藏书阁列表，逐行打印每本书。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36 课　遍历列表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提示：for book in books: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enumerate 给每本书加上序号 1、2、3… 再打印。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36 课　遍历列表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提示：for i, book in enumerate(books, 1):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给精灵排座位：输入 5 个精灵的身高，按从矮到高排序后输出。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37 课　给精灵排座位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提示：列表的 sort 方法。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创建一个元组保存一年的四季，尝试修改它并观察报错信息，说明元组的特点。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38 课　元组是只读的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提示：元组是“只读列表”。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用字典做商品价目表（牛奶 5 元、面包 8 元…），实现查询、新增、修改和遍历全部商品。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39 课　字典的强大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提示：字典用键值对，键名要唯一。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7 章　函数拥有巨大的能力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定义一个 say_hello() 函数，调用 3 次。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40 课　属于我的函数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提示：先定义，后调用。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把“把大象装冰箱”的三步写成 putTheElephantIn() 函数。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40 课　属于我的函数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提示：函数里可以放多条 print。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写一个 add(a, b) 函数，返回两数之和，调用并输出结果。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41 课　有参数的函数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 return 和 print 的区别。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给 add2(a, b=2) 设置默认参数，分别用一个参数和两个参数调用。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41 课　有参数的函数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提示：默认参数必须放在后面。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写一个可以接收任意多个数字并求和的函数（*args）。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42 课　不确定数量的参数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提示：不定长参数用星号。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写一个函数接收一个列表，返回列表的平均值。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42 课　不确定数量的参数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提示：sum() 和 len() 帮你快速完成。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写 findMax(nums) 函数，返回列表中的最大值（不要用内置 max）。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43 课　函数的返回值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提示：用变量 maxNum 逐个比较。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写一个函数同时返回两个数的和、差、积、商。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43 课　函数的返回值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提示：return 后面可以跟多个值。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改错：函数里的变量和主程序里的变量重名导致结果不对，请修复并说明全局与局部的区别。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44 课　变量的作用域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提示：函数内部的变量默认是局部的。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8 章　类与对象的奥秘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定义 Animal 类，有 name 和 legNum 属性，创建一个动物对象并打印它的属性。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45 课　熟悉的类和对象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提示：class Animal: 后面缩进写属性。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设计 Student 类（姓名、年龄、班级），创建 3 个学生对象。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45 课　熟悉的类和对象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提示：类是图纸，对象是根据图纸造出来的东西。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给 Animal 类加 __init__ 构造方法，创建对象时直接传入名字和腿数。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46 课　创建实例对象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提示：self 代表“对象自己”。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用构造方法创建 dog 和 tiger 两只动物，分别设置不同属性。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46 课　创建实例对象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提示：每个对象的属性互不影响。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给 Animal 类加 bark() 方法，调用后输出“汪汪汪”。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47 课　对象的动作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提示：类里的函数叫方法，第一个参数是 self。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设计 Calculator 类，实现加、减、乘、除四个方法。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47 课　对象的动作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提示：方法之间可以互相调用。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设计 BankAccount 类：私有属性 __balance，提供存款、取款、查询余额三个方法。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48 课　封装性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提示：双下划线开头的属性在外部不能直接访问。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让 Dog 类继承 Animal 类，并新增看家 watch() 方法。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49 课　继承性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提示：class Dog(Animal):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设计图形类族：Shape 父类 + Circle / Square / Triangle 子类，各自实现 area() 求面积。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50 课　多态性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提示：同一个方法名，不同对象有不同表现——这就是多态。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9 章　注释帮助我们理解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给一段没有注释的 10 行代码加上单行注释，让同学一看就懂。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51 课　如何创建注释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提示：注释要说明“做什么”，不是重复代码。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用三引号写一段多行注释，说明你整个程序的功能、作者和创建时间。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51 课　如何创建注释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提示：别把真正的代码注释掉。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10 章　警报，警报，发现异常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除法计算器：输入被除数和除数，用 try-except 捕获“除数为 0”的错误。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52 课　异常的守护者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提示：except ZeroDivisionError: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给上面的程序加上 finally，无论是否出错都输出“我进行了除法运算”。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52 课　异常的守护者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提示：finally 里的代码一定会执行。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print 调试法：在程序关键位置打印变量值，找出结果不对的原因。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53 课　调试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提示：打印变量是初学者最有效的调试手段。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阅读三段报错信息（SyntaxError / IndexError / ValueError），分别指出错误原因并修复。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53 课　调试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提示：学会看最后一行的错误类型。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11 章　汇聚功能的模块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创建 verificationCode.py 模块，功能是生成 4 位随机验证码。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54 课　短信验证码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提示：模块就是一个 .py 文件。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import 导入自己写的模块，调用里面的函数。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55 课　使用验证码模块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提示：模块文件要和主程序在同一目录。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from ... import ... 只导入需要的函数，对比两种导入方式的写法。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55 课　使用验证码模块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提示：from 模块 import 函数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给模块取别名（import xxx as vc），并用别名调用；说明什么是命名空间。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56 课　命名空间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提示：别名让长模块名变短。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12 章　玩转GUI编程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tkinter 创建第一个根窗口，设置标题和大小。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57 课　第一个GUI程序——根窗口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提示：import tkinter → Tk() → mainloop()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在窗口上添加一个 Label 标签，显示“你好，Python！”。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58 课　Label组件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提示：Label(root, text=...) 然后用 pack()。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添加一个 Button 按钮，单击后在窗口上显示一句话。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59 课　Button组件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提示：按钮靠 command 参数绑定函数。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做一个登录界面：两个 Entry 输入框（账号、密码）+ 一个登录按钮。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60 课　Entry组件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提示：密码框可以用 show="*" 隐藏。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Canvas 画布画一条直线、一个矩形和一个圆形。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61 课　Canvas组件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提示：create_line / create_rectangle / create_oval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grid 布局把 3 个组件排成整齐的两列。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62 课　布局管理方式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提示：对比 pack 和 grid 的区别。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综合：做一个简易计算器界面（数字按钮 + 显示框），至少能完成加法。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62 课　布局管理方式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提示：先做界面，再接功能。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13 章　文件的读写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新建一个 python.txt，写入两行文字，然后关闭文件。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63 课　什么是文件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提示：open(..., "w") 写入，别忘 close。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读取刚才的文件，把内容打印出来。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64 课　读取文件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提示：open(..., "r") 读取。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往文件末尾追加一行新内容（用 "a" 模式）。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64 课　读取文件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提示：w 会覆盖，a 是追加。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把班级同学名单写入文件，再读出来按行编号打印。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65 课　游戏时间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readlines 或 for 逐行读。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14 章　办公也能自动化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openpyxl 创建一个 Excel 文件，在 A1 单元格写入“九九乘法表”。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66 课　创建Excel文件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 pip install openpyxl。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把九九乘法表的 81 个算式写入 Excel（第 1 行 1 列对应 1×1）。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67 课　向表格中写入运算式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提示：cell(row= , column= , value= 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120.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给九九乘法表化妆：设置字体、边框、单元格背景色，做出漂亮的表格。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68 课　美妆后的九九乘法表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提示：Font / Border / PatternFill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r>
        <w:br w:type="page"/>
      </w:r>
    </w:p>
    <w:p>
      <w:pPr>
        <w:pStyle w:val="Heading1"/>
      </w:pPr>
      <w:r>
        <w:t>第二部分　参考答案与知识点</w:t>
      </w: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20"/>
        </w:rPr>
        <w:t>答案为参考实现，写法不唯一；重点看思路和对应的知识点。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680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题号</w:t>
            </w:r>
          </w:p>
        </w:tc>
        <w:tc>
          <w:tcPr>
            <w:tcW w:type="dxa" w:w="5839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参考答案</w:t>
            </w:r>
          </w:p>
        </w:tc>
        <w:tc>
          <w:tcPr>
            <w:tcW w:type="dxa" w:w="3118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知识点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print('我叫小明')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print('我今年10岁')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print('我最喜欢数学')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print 输出；.py 源文件的新建与运行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print(98898932143+343534254*43124321)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Python 整数无上限，不会溢出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算术运算符与优先级；Python 大整数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print('6×7=', 6*7)   # 6×7= 42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print 多参数输出（逗号分隔自动加空格）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春眠不觉晓')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处处闻啼鸟')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夜来风雨声')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花落知多少')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字符串引号；中文全角空格排版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Shell：一行一行执行，关掉就没了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文件：可保存、可重复运行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print('你好，Python！')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交互式 Shell 与脚本文件的区别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flag.py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print('从今天开始我要学 Python 了！')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文件命名规范；程序运行入口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w in ['春','夏','秋','冬','年']: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print(w, end='-')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春夏秋冬年-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print 的 end 参数（默认换行）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**   **  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****** ** 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print('***********')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********* 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*******  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 *****   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  ***    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     *     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字符画；print('') 输出空行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turtle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turtle.forward(100)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turtle.done()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turtle 库导入与 forward / done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turtle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turtle.shape('turtle')   # arrow/circle/square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turtle.done()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画笔形状 shape()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turtle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range(4):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turtle.forward(100)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turtle.right(90)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turtle.done()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重复结构；正方形外角 90°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turtle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turtle.pencolor('red')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turtle.pensize(5)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turtle.forward(150)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turtle.done()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pencolor 颜色 / pensize 粗细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range(2):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turtle.forward(150); turtle.right(90)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turtle.forward(80);  turtle.right(90)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长方形：长宽成对，转角 90°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range(3):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turtle.forward(120)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turtle.left(120)   # 外角 120°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等边三角形内角 60°、外角 120°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n = 6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range(n):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turtle.forward(60)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turtle.right(360/n)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正 n 边形：每次转 360/n 度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turtle.forward(100); turtle.left(120)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turtle.forward(100); turtle.left(120)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turtle.forward(100)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turtle.penup(); turtle.home()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penup/pendown 抬笔落笔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range(5):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turtle.forward(120)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turtle.right(144)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五角星转角 144°（180-36）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turtle.bgcolor('blue')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turtle.pencolor('yellow')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range(5):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turtle.forward(100); turtle.right(144)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bgcolor 背景色须在绘图前设置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turtle.fillcolor('gold')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turtle.begin_fill()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range(5):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turtle.forward(120); turtle.right(144)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turtle.end_fill()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begin_fill / end_fill 成对使用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墙 → 屋顶 → 窗 三件事依次完成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range(4):  # 正方形墙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turtle.forward(120); turtle.right(90)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turtle.left(60)    # 三角形屋顶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turtle.forward(120); turtle.right(120)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turtle.forward(120)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复杂图形拆解为若干简单任务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name = input('请输入你的名字：')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print(name, '，你好！欢迎学习 Python。')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input 输入；字符串拼接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a = int(input('a=')); b = int(input('b='))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print('和', a+b, '差', a-b, '积', a*b)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int() 类型转换；算术运算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name = input('姓名：'); age = int(input('年龄：'))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print('我叫%s，今年%d岁' % (name, age))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%s / %d 格式化输出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deer, fox = '小鹿', '狐狸'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 = deer; deer = fox; fox = t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print(deer, fox)   # 狐狸 小鹿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变量交换需要临时变量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a, b, c = '苹果', '香蕉', '橙子'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a, b, c = b, c, a   # Python 支持同时赋值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print(a, b, c)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多元赋值；变量值的覆盖顺序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print(89*65)      # 5785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print(988/34)     # 29.0588235…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int 与 float；/ 得到浮点数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r = float(input('半径：'))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 = 3.14 * r * r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print('面积是', s)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float 输入；面积公式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print(3/2)    # 1.5  真除法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print(3.0/2)  # 1.5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print(3//2)   # 1   整除（向下取整）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print(3%2)    # 1   取余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/ 真除、// 整除、% 取余的区别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name='小明'; hobby='编程'; dream='做游戏'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print('我叫'+name+'，爱好'+hobby+'，梦想是'+dream)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字符串 + 拼接；数字需 str() 转换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 = input('说句话：')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print(s[0], s[-1], len(s))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索引从 0 开始；-1 是最后一个；len()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不合法：2name（数字开头）、my-name（有减号）、print（关键字）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合法：myName、_name、姓名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my_name = '改名后'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标识符规则：字母/数字/下划线，不以数字开头，不用关键字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ans = input('狐狸为什么总是摔跤？')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ans == '狡猾':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print('答对啦，奖励你一颗星！')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if 条件判断；== 比较相等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n = int(input('整数：'))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n % 2 == 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print('偶数')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print('奇数')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% 取余判奇偶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h = int(input('身高：')); w = int(input('体重：'))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h &gt; 180 and w &gt; 80: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print('嫌疑人是甲')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h &lt; 170 and w &lt; 60: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print('嫌疑人是乙')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并列 if 实现多条件筛选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n = int(input('1/2/3：'))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n == 1: print('石头')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n == 2: print('剪刀')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n == 3: print('布')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多分支可用 if-elif-else 简化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a = int(input('a=')); b = int(input('b='))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a &gt; b: print('a大于b')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elif a &lt; b: print('a小于b')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 print('a等于b')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六个比较运算符 &gt; &lt; &gt;= &lt;= == !=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 = int(input('分数：'))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s &gt;= 90: print('优秀')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elif s &gt;= 80: print('良好')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elif s &gt;= 60: print('及格')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 print('不及格')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区间判断顺序：从大到小依次排除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错误：要执行的代码没缩进，永远会输出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n &gt; 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print('正数')      # ✗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n &gt; 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print('正数')  # ✓ 缩进 4 空格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缩进决定代码归属（4 个空格）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y = int(input('年份：'))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(y % 4 == 0 and y % 100 != 0) or y % 400 == 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print('闰年')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print('平年')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if 嵌套；and/or/not 组合条件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pwd = input('密码：')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pwd == '123456':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print('登录成功')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print('密码错误')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if-else 二选一执行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t = float(input('体温：'))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t &gt;= 37.3: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print('发烧了，请注意休息')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print('体温正常')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float 输入；阈值判断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 = int(input('分数：'))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s &lt; 10: print('青铜')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elif s &lt; 50: print('白银')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elif s &lt; 100: print('黄金')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 print('王者')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if-elif-else 链条只执行一支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h = float(input('身高(m)：')); w = float(input('体重(kg)：'))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bmi = w / (h*h)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bmi &lt; 18.5: print('偏瘦')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elif bmi &lt; 24: print('正常')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elif bmi &lt; 28: print('偏胖')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 print('肥胖')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BMI = 体重 ÷ 身高²；多档判断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age = int(input('年龄：')); h = int(input('身高cm：'))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age &gt;= 8 and h &gt;= 130: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print('可以坐过山车')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print('还不行哦')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and：两个条件同时成立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a = input('颜色1：'); b = input('颜色2：')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(a=='红' and b=='黄') or (a=='黄' and b=='红'):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print('橙色')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(a=='蓝' and b=='黄') or (a=='黄' and b=='蓝'):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print('绿色')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and 与 or 的组合使用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 = input('今天星期几：')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 d == '周六' or d == '周日':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print('可以睡懒觉')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or：满足其一即可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random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range(3):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 = random.choice(['石头','剪刀','布'])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me = input('出拳：')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 me == c: print('平局')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elif (me=='石头' and c=='剪刀') or (me=='剪刀' and c=='布') or (me=='布' and c=='石头'):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print('你赢了')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else: print('你输了')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random 随机；if/elif/else 综合应用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range(10):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print(i+1)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for + range；range 从 0 开始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range(1, 11):   # 含头不含尾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range(1, 11, 2):  # 步长 2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range(起, 止, 步) 含头不含尾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j in range(1, 10):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print('9×%d=%d' % (j, 9*j), end='  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单层循环输出一行算式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range(1, 10):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 j in range(1, i+1):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print('%d×%d=%d' % (j, i, i*j), end='  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双层循环：外层管行、内层管列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range(9, 0, -1):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 j in range(1, i+1):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print('%d×%d=%d' % (j, i, i*j), end='  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内层终点随外层变化的三角结构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range(2, 21, 2):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range 步长取偶数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 = 0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range(1, 101):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 i % 3 == 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print(i)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s += i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print('总和', s)   # 1683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累加器变量 s += i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ch in '我爱你，妈妈！':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print(ch)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字符串可迭代，逐字遍历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names = ['聪聪果','壮壮果','美美果']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name in names: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print(name, '，你好！')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for 遍历列表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 = 1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 i &lt;= 100: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 += 1   # 别忘了自增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while 三要素：初值、条件、变化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i, s = 1, 0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 i &lt;= 100: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s += i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 += 1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print(s)   # 5050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循环累加求和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错误：i 没有变化，条件永远为真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 = 1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 i &lt;= 10: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 += 1   # 补上这一行即可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无限循环的成因与修复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random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n = random.randint(1, 100)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 True: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g = int(input('猜：'))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 g == n: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print('猜中啦'); break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print('大了' if g &gt; n else '小了')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while True + break；random.randint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range(1, 51):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 i % 7 == 0 or '7' in str(i):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continue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continue 跳过本次循环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books = ['史记','孙子兵法','大百科','四大名著','山海经']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print(books)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列表的字面量写法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books = []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range(5):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books.append(input('书名：'))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print(books)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append 追加 + 循环输入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books.append('上下五千年')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print(books)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append 在末尾添加元素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books.insert(1, '新华字典')   # 索引 1 = 第 2 个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insert(位置, 值) 插入元素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 = int(input('0-4：'))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print(books[i])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下标访问；越界会 IndexError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if '山海经' in books: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print('它在第', books.index('山海经')+1, '个')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index 查位置；先用 in 判断避免报错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books[2] = '新大百科'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列表元素可按下标直接赋值修改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range(len(books)):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 books[i] == '旧书':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books[i] = '新书'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遍历时用下标赋值才能改到原列表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books.remove('孙子兵法')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remove 按值删除（只删第一个）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last = books.pop()   # 弹出最后一个并得到它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del books[-1]         # 直接删除，不返回值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del 与 pop 的区别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scores = [98, 87, 76, 65, 54]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print(scores[0:3])   # 取前 3 个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切片 [起:止] 含头不含尾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scores = []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range(5): scores.append(int(input('分数：')))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scores.sort(reverse=True)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print('前三名：', scores[0:3])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sort(reverse=True) 降序 + 切片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book in books: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print(book)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for 直接遍历列表元素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i, book in enumerate(books, 1):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print(i, book)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enumerate 同时取序号和元素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hs = []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range(5): hs.append(float(input('身高：')))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hs.sort()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print(hs)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sort 默认升序；列表排序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seasons = ('春','夏','秋','冬')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seasons[0] = '春天'  →  TypeError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print('元组不可修改，是只读的列表')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元组用圆括号，元素不可变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goods = {'牛奶':5, '面包':8, '苹果':3}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print(goods['牛奶'])      # 查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goods['鸡蛋'] = 6          # 增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goods['牛奶'] = 5.5        # 改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k, v in goods.items(): print(k, v)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字典键值对；增改查与 items 遍历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say_hello():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print('你好！')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say_hello(); say_hello(); say_hello()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def 定义函数，先定义后调用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putTheElephantIn():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print('1. 打开冰箱门')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print('2. 把大象放进去')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print('3. 关上冰箱门')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函数封装多个步骤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add(a, b):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a + b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print(add(3, 5))   # 8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return 返回值（与 print 不同）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add2(a, b=2):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a + b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print(add2(3))     # 5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print(add2(3, 10)) # 13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默认参数必须放在参数表末尾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total(*args):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s = 0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 x in args: s += x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s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print(total(1, 2, 3, 4))   # 10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*args 接收任意多个参数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avg(lst):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sum(lst) / len(lst)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print(avg([90, 80, 70]))   # 80.0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sum / len 内置函数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findMax(nums):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maxNum = nums[0]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 n in nums: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if n &gt; maxNum: maxNum = n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maxNum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打擂台算法求最值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calc(a, b):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a+b, a-b, a*b, a/b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he, cha, ji, shang = calc(10, 5)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return 可返回多个值（实为元组）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错误：函数内改的是局部变量，主程序的 x 没变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x = 10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def f():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x = 20      # 局部变量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f(); print(x)  # 仍是 10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若要修改全局：在函数内写 global x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全局变量 vs 局部变量；global 关键字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class Animal: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name = '小狗'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legNum = 4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a = Animal()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print(a.name, a.legNum)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类的属性；类是图纸、对象是实例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class Student: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pass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s1 = Student(); s1.name='小明'; s1.age=10; s1.cls='四(1)'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创建对象并给属性赋值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class Animal: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__init__(self, name, legNum):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self.name = name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self.legNum = legNum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a = Animal('小狗', 4)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__init__ 构造方法；self 指对象自己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dog = Animal('旺财', 4)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tiger = Animal('跳跳虎', 4)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print(dog.name, tiger.name)   # 各自独立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每个对象的属性互不影响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class Animal: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bark(self):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print('汪汪汪')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Animal().bark()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方法第一个参数必须是 self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class Calculator: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add(self, a, b): return a+b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sub(self, a, b): return a-b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mul(self, a, b): return a*b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div(self, a, b): return a/b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类的方法设计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class BankAccount: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__init__(self): self.__balance = 0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save(self, m): self.__balance += m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draw(self, m): self.__balance -= m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show(self): return self.__balance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封装性；双下划线私有属性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class Dog(Animal):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watch(self):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print('我在看家')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d = Dog('旺财', 4); d.bark(); d.watch()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继承：class 子类(父类)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class Shape: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area(self): pass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class Circle(Shape):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__init__(self, r): self.r = r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area(self): return 3.14*self.r*self.r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class Square(Shape):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__init__(self, a): self.a = a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 area(self): return self.a*self.a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多态：同名方法不同实现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计算三门课的平均分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scores = [90, 85, 95]          # 存放三次成绩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avg = sum(scores) / len(scores) # 求平均值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print('平均分：', avg)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# 单行注释；注释说明做什么而非重复代码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'''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程序功能：九九乘法表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作者：小明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创建时间：2026-09-18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'''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range(1, 10):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三引号多行注释（文档字符串）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try: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a = int(input('被除数：')); b = int(input('除数：'))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print(a / b)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except ZeroDivisionError: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print('除数不能为 0！')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try-except 捕获指定异常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try: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print(a / b)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except ZeroDivisionError: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print('除数不能为 0！')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finally: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print('我进行了除法运算')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finally 无论是否出错都会执行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x = 5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print('x =', x)     # 关键位置打印变量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y = x * 2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print('y =', y)     # 观察 y 是否符合预期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print 调试法：打印中间变量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SyntaxError：语法写错（漏冒号、括号不配对）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IndexError：下标越界（取了不存在的元素）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ValueError：类型对但值不对（int('abc')）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常见异常类型的含义与定位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 verificationCode.py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random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def makeCode():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random.randint(1000, 9999)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模块就是一个 .py 文件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verificationCode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print(verificationCode.makeCode())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import 模块名后加 . 调用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from verificationCode import makeCode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print(makeCode())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from ... import ... 直接导入函数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verificationCode as vc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print(vc.makeCode())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# 命名空间：名字的存放空间，避免重名冲突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as 取别名；命名空间概念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tkinter as tk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root = tk.Tk()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root.title('我的窗口')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root.geometry('400x300')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root.mainloop()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Tk() 建窗口；mainloop() 进入消息循环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import tkinter as tk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root = tk.Tk()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tk.Label(root, text='你好，Python！').pack()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root.mainloop()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Label 标签与 pack 布局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def say():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tk.Label(root, text='你点了我！').pack()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tk.Button(root, text='点我', command=say).pack()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Button 的 command 绑定函数（不加括号）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e1 = tk.Entry(root); e1.pack()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e2 = tk.Entry(root, show='*'); e2.pack()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tk.Button(root, text='登录').pack()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Entry 输入框；show='*' 隐藏密码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cv = tk.Canvas(root, width=300, height=200); cv.pack()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cv.create_line(10, 10, 200, 10)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cv.create_rectangle(10, 30, 100, 80)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cv.create_oval(120, 30, 200, 120)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Canvas 画布与三种图形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tk.Label(root, text='账号').grid(row=0, column=0)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tk.Entry(root).grid(row=0, column=1)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tk.Label(root, text='密码').grid(row=1, column=0)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tk.Entry(root, show='*').grid(row=1, column=1)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grid 行列布局（区别于 pack）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e = tk.Entry(root, width=20); e.grid(row=0, column=0, columnspan=4)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def click(t):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e.insert('end', t)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i, t in enumerate('1234567890.+-='):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tk.Button(root, text=t, command=lambda x=t: click(x)).grid(row=1+i//4, column=i%4)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界面与功能分离；lambda 传参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 = open('python.txt', 'w', encoding='utf-8')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f.write('你好，Python！\n')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f.write('我要学好编程。\n')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f.close()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open(...,'w') 写入；close 关闭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 = open('python.txt', 'r', encoding='utf-8')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print(f.read())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f.close()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open(...,'r') 读取；read 一次读完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 = open('python.txt', 'a', encoding='utf-8')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f.write('这是追加的一行\n')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f.close()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'a' 追加模式（'w' 会清空原内容）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names = ['小明','小红','小刚']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with open('names.txt', 'w', encoding='utf-8') as f: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 n in names: f.write(n + '\n')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 i, line in enumerate(open('names.txt', encoding='utf-8'), 1):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print(i, line.strip())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with 自动关闭；逐行读取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from openpyxl import Workbook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wb = Workbook()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ws = wb.active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ws['A1'] = '九九乘法表'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wb.save('乘法表.xlsx')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openpyxl 建工作簿并保存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 i in range(1, 10):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 j in range(1, i+1):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ws.cell(row=i, column=j, value='%d×%d=%d' % (j, i, i*j))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wb.save('乘法表.xlsx')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cell(row, column, value) 定位写入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120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from openpyxl.styles import Font, PatternFill, Border, Side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ws['A1'].font = Font(name='微软雅黑', size=16, bold=True, color='FFFFFF')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ws['A1'].fill = PatternFill('solid', fgColor='50C878')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thin = Side(style='thin', color='999999')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ws['A1'].border = Border(left=thin, right=thin, top=thin, bottom=thin)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Font / PatternFill / Border 美化表格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i w:val="0"/>
        <w:color w:val="777F7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