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40" w:line="300" w:lineRule="auto"/>
        <w:jc w:val="center"/>
      </w:pPr>
      <w:r>
        <w:rPr>
          <w:rFonts w:ascii="黑体" w:hAnsi="黑体" w:eastAsia="黑体"/>
          <w:b/>
          <w:i w:val="0"/>
          <w:color w:val="2F9E5C"/>
          <w:sz w:val="44"/>
        </w:rPr>
        <w:t>小学生 C++ 创意编程</w:t>
      </w:r>
    </w:p>
    <w:p>
      <w:pPr>
        <w:spacing w:before="0" w:after="80" w:line="300" w:lineRule="auto"/>
        <w:jc w:val="center"/>
      </w:pPr>
      <w:r>
        <w:rPr>
          <w:rFonts w:ascii="黑体" w:hAnsi="黑体" w:eastAsia="黑体"/>
          <w:b/>
          <w:i w:val="0"/>
          <w:sz w:val="30"/>
        </w:rPr>
        <w:t>作业练习册 · 120 题</w:t>
      </w:r>
    </w:p>
    <w:p>
      <w:pPr>
        <w:spacing w:before="0" w:after="280" w:line="300" w:lineRule="auto"/>
        <w:jc w:val="center"/>
      </w:pPr>
      <w:r>
        <w:rPr>
          <w:rFonts w:ascii="宋体" w:hAnsi="宋体" w:eastAsia="宋体"/>
          <w:b w:val="0"/>
          <w:i w:val="0"/>
          <w:color w:val="777F7A"/>
          <w:sz w:val="21"/>
        </w:rPr>
        <w:t>配套 6 大部分 85 课 · 含参考答案与知识点</w:t>
      </w:r>
    </w:p>
    <w:p>
      <w:pPr>
        <w:spacing w:before="0" w:after="320" w:line="300" w:lineRule="auto"/>
        <w:jc w:val="center"/>
      </w:pPr>
      <w:r>
        <w:rPr>
          <w:rFonts w:ascii="宋体" w:hAnsi="宋体" w:eastAsia="宋体"/>
          <w:b w:val="0"/>
          <w:i w:val="0"/>
          <w:color w:val="777F7A"/>
          <w:sz w:val="21"/>
        </w:rPr>
        <w:t>顺序 → 选择 → 循环 → 数组 → 函数 → 指针，算法思维逐级进阶。</w:t>
      </w:r>
    </w:p>
    <w:p>
      <w:pPr>
        <w:spacing w:after="80"/>
        <w:ind w:left="340"/>
      </w:pPr>
      <w:r>
        <w:rPr>
          <w:rFonts w:ascii="黑体" w:hAnsi="黑体" w:eastAsia="黑体"/>
          <w:b/>
          <w:i w:val="0"/>
          <w:color w:val="1B2A21"/>
          <w:sz w:val="23"/>
        </w:rPr>
        <w:t>使用说明</w:t>
      </w:r>
    </w:p>
    <w:p>
      <w:pPr>
        <w:spacing w:before="0" w:after="40" w:line="300" w:lineRule="auto"/>
        <w:ind w:left="340"/>
      </w:pPr>
      <w:r>
        <w:rPr>
          <w:rFonts w:ascii="宋体" w:hAnsi="宋体" w:eastAsia="宋体"/>
          <w:b w:val="0"/>
          <w:i w:val="0"/>
          <w:color w:val="777F7A"/>
          <w:sz w:val="21"/>
        </w:rPr>
        <w:t>·　难度：★ 基础（当堂完成）　★★ 进阶（课后作业）　★★★ 挑战（选做）</w:t>
      </w:r>
    </w:p>
    <w:p>
      <w:pPr>
        <w:spacing w:before="0" w:after="40" w:line="300" w:lineRule="auto"/>
        <w:ind w:left="340"/>
      </w:pPr>
      <w:r>
        <w:rPr>
          <w:rFonts w:ascii="宋体" w:hAnsi="宋体" w:eastAsia="宋体"/>
          <w:b w:val="0"/>
          <w:i w:val="0"/>
          <w:color w:val="777F7A"/>
          <w:sz w:val="21"/>
        </w:rPr>
        <w:t>·　每道题下方留有书写横线，可直接在上面写代码思路；完成后在 □ 里打勾。</w:t>
      </w:r>
    </w:p>
    <w:p>
      <w:pPr>
        <w:spacing w:before="0" w:after="40" w:line="300" w:lineRule="auto"/>
        <w:ind w:left="340"/>
      </w:pPr>
      <w:r>
        <w:rPr>
          <w:rFonts w:ascii="宋体" w:hAnsi="宋体" w:eastAsia="宋体"/>
          <w:b w:val="0"/>
          <w:i w:val="0"/>
          <w:color w:val="777F7A"/>
          <w:sz w:val="21"/>
        </w:rPr>
        <w:t>·　第二部分「参考答案与知识点」可单独打印，供老师批阅或家长辅导使用。</w:t>
      </w:r>
    </w:p>
    <w:p>
      <w:pPr>
        <w:spacing w:before="0" w:after="40" w:line="300" w:lineRule="auto"/>
        <w:ind w:left="340"/>
      </w:pPr>
      <w:r>
        <w:rPr>
          <w:rFonts w:ascii="宋体" w:hAnsi="宋体" w:eastAsia="宋体"/>
          <w:b w:val="0"/>
          <w:i w:val="0"/>
          <w:color w:val="777F7A"/>
          <w:sz w:val="21"/>
        </w:rPr>
        <w:t>·　本文件为可编辑 Word，可按需增删题目、调整分值后再打印。</w:t>
      </w:r>
    </w:p>
    <w:p>
      <w:pPr>
        <w:spacing w:before="120" w:after="80" w:line="300" w:lineRule="auto"/>
        <w:ind w:left="340"/>
      </w:pPr>
      <w:r>
        <w:rPr>
          <w:rFonts w:ascii="宋体" w:hAnsi="宋体" w:eastAsia="宋体"/>
          <w:b w:val="0"/>
          <w:i w:val="0"/>
          <w:sz w:val="21"/>
        </w:rPr>
        <w:t>班级 __________　　姓名 __________　　学号 ______　　开始日期 __________</w:t>
      </w:r>
    </w:p>
    <w:p>
      <w:pPr>
        <w:spacing w:before="240" w:after="80" w:line="300" w:lineRule="auto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09"/>
        <w:gridCol w:w="2409"/>
        <w:gridCol w:w="2409"/>
        <w:gridCol w:w="2409"/>
      </w:tblGrid>
      <w:tr>
        <w:tc>
          <w:tcPr>
            <w:tcW w:type="dxa" w:w="3402"/>
            <w:shd w:val="clear" w:color="auto" w:fill="E8F3EC"/>
          </w:tcPr>
          <w:p>
            <w:pPr>
              <w:spacing w:after="20"/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20"/>
              </w:rPr>
              <w:t>单元 / 章</w:t>
            </w:r>
          </w:p>
        </w:tc>
        <w:tc>
          <w:tcPr>
            <w:tcW w:type="dxa" w:w="2268"/>
            <w:shd w:val="clear" w:color="auto" w:fill="E8F3EC"/>
          </w:tcPr>
          <w:p>
            <w:pPr>
              <w:spacing w:after="20"/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20"/>
              </w:rPr>
              <w:t>对应课次</w:t>
            </w:r>
          </w:p>
        </w:tc>
        <w:tc>
          <w:tcPr>
            <w:tcW w:type="dxa" w:w="1701"/>
            <w:shd w:val="clear" w:color="auto" w:fill="E8F3EC"/>
          </w:tcPr>
          <w:p>
            <w:pPr>
              <w:spacing w:after="20"/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20"/>
              </w:rPr>
              <w:t>题号</w:t>
            </w:r>
          </w:p>
        </w:tc>
        <w:tc>
          <w:tcPr>
            <w:tcW w:type="dxa" w:w="1417"/>
            <w:shd w:val="clear" w:color="auto" w:fill="E8F3EC"/>
          </w:tcPr>
          <w:p>
            <w:pPr>
              <w:spacing w:after="20"/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20"/>
              </w:rPr>
              <w:t>题数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1 部分　初识 C++（顺序结构）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1–14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1–22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22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2 部分　智能的开始（选择结构）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15–30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23–46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24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3 部分　不辞辛苦（循环结构）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31–62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47–86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40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4 部分　点线面体的组合（数组）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63–70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87–99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13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5 部分　功能的复用（函数）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71–78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100–112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13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6 部分　C++ 的灵魂（指针）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79–85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113–120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8 题</w:t>
            </w:r>
          </w:p>
        </w:tc>
      </w:tr>
    </w:tbl>
    <w:p>
      <w:r>
        <w:br w:type="page"/>
      </w:r>
    </w:p>
    <w:p>
      <w:pPr>
        <w:pStyle w:val="Heading1"/>
      </w:pPr>
      <w:r>
        <w:t>第一部分　作业题目</w:t>
      </w: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20"/>
        </w:rPr>
        <w:t>在横线上写出你的思路或代码；完成后在 □ 内打勾。</w:t>
      </w:r>
    </w:p>
    <w:p>
      <w:pPr>
        <w:pStyle w:val="Heading2"/>
      </w:pPr>
      <w:r>
        <w:t>第 1 部分　初识 C++（顺序结构）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编写第一个 C++ 程序，输出一行“Hello, C++!”。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 课　被玩坏的字符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提示：记住 main 函数和 return 0 的写法。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用 cout 输出一首 4 行的古诗，注意每行都要换行。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 课　被玩坏的字符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提示：endl 或 \n 都可以换行。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用 cin 读入一个整数，再把它原样输出。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 课　蹩脚的“ChatGPT”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提示：cin &gt;&gt; 变量; 注意箭头的方向。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输入你的姓名和年龄，输出“我是XX，今年X岁”。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 课　蹩脚的“ChatGPT”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提示：字符串用 string，注意头文件。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输入两个整数，交换后输出（不使用第三个变量）。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 课　舞动的机器人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提示：可以用 a=a+b; b=a-b; a=a-b;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趣味输入：输入一个字符，输出由它组成的 5×5 方阵。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 课　舞动的机器人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提示：两层循环，或直接用 5 行 cout。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计算 25×4+18÷3 的结果并输出，注意整数除法。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 课　一桩大买卖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提示：5/2 在 C++ 里等于 2。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输入商品单价和数量，计算总价（保留 2 位小数）。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 课　一桩大买卖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提示：用 double 和 fixed&lt;&lt;setprecision(2)。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输入圆的半径，输出面积（π=3.14159，保留 2 位小数）。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 课　这面积总缺那么一点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提示：半径要用 double 类型。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计算 1/3 并分别以 int 和 double 输出，比较差异并说明原因。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 课　这面积总缺那么一点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提示：整数除法会丢掉小数部分。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数羊：输出 1 到 100，每行 10 个数字。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 课　睡不着就数羊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提示：用计数变量配合 if 控制换行。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统计 1-100 中数字“1”出现了多少次。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 课　睡不着就数羊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提示：分别看个位和十位。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输入层数 n，输出 n 行的星号金字塔（居中对齐）。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7 课　星号金字塔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提示：每行 = 空格 + 星号，找规律。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输出倒金字塔，与正金字塔拼成一个菱形。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7 课　星号金字塔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提示：把正三角和倒三角的代码拼起来。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计算 10 的阶乘（10!）并输出。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8 课　可怕的核废水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提示：注意结果会不会超出 int 范围。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核废水半衰：输入初始量和天数，每过 1 天衰减一半，输出剩余量。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8 课　可怕的核废水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提示：循环里不断除以 2。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陈醋和酱油互换：两个变量 a、b 交换值并输出。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9 课　陈醋和酱油不能混为一瓶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提示：经典三行交换法。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用 system() 调用系统命令（如清屏 cls），观察效果。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10 课　神秘的摩斯密码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提示：不同系统的命令不同，注意区分。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安排出游车辆：输入总人数和每车容量，计算需要几辆车（有余数要多一辆）。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11 课　安排出游车辆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提示：用 % 判断有没有余数。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输入一个十进制数，输出它的二进制表示（自己用除 2 取余法实现）。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12 课　小数字大学问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提示：把余数倒序拼起来。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输入一个大写字母，输出它对应的 ASCII 码，以及它的小写形式。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13 课　ASCII编码背后的秘密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提示：大小写相差 32。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用 setw 输出一张整齐的“商品价目表”，各列左对齐或右对齐。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14 课　列竖式做计算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提示：setw 需要 #include &lt;iomanip&gt;。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2 部分　智能的开始（选择结构）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发热分诊台：输入体温，≥37.3 输出“请到发热门诊”，否则输出“普通门诊”。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15 课　发热分诊台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提示：if 的基本用法。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输入年龄，判断是否成年（≥18），输出不同提示。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15 课　发热分诊台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提示：注意比较运算符别写成赋值号。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输入一个三位数，判断它是否同时能被 3 和 5 整除。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16 课　条件有点多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提示：用 &amp;&amp; 连接两个条件。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输入三个数，输出其中最大的一个（用多个 if）。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16 课　条件有点多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提示：先假设第一个最大，再逐个比较。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零售与批发：购买数量 ≥10 打 8 折，否则原价，输出应付金额。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17 课　零售与批发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提示：const 定义常量更规范。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输入一个整数，判断它是正数、负数还是零。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17 课　零售与批发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提示：三种情况，注意 else 的归属。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血压侦测：输入高压和低压，用逻辑运算符判断是否正常。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18 课　血压侦测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提示：正常范围：90-140 / 60-90。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输入年份和月份，输出这个月有多少天（不考虑闰年就是 2 月 28 天）。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18 课　血压侦测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提示：1、3、5、7、8、10、12 月是 31 天。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识别通道：输入坐标 (x, y)，判断点在第几象限。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19 课　识别通道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提示：if 嵌套先判断正负。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输入三个边长，先判断能否构成三角形，再判断是等边、等腰还是直角。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19 课　识别通道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提示：三角形条件：任意两边之和大于第三边。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饭后小娱乐：输入骰子点数，输出对应的奖励或惩罚。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20 课　饭后小娱乐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提示：用 switch 更清爽。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输入一个字母，用 isupper / islower 判断大小写并输出。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21 课　大写或小写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提示：需要 #include &lt;cctype&gt;。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输入一个字母，大写转小写、小写转大写后输出。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21 课　大写或小写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提示：大小写 ASCII 相差 32。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输入两个数，输出它们的差的绝对值（不要直接用 abs）。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22 课　大要最大，小要最小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提示：用 if 判断谁大谁小。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输入三个人的身高，按从高到矮排序输出。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22 课　大要最大，小要最小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提示：两两比较交换，需要三次比较。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排高矮：输入 5 个身高，用循环 + 选择排序输出有序结果。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23 课　排高矮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提示：先会三个数排序，再推广到五个。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阶梯水价：0-10 吨 2 元/吨，11-20 吨 3 元/吨，20 吨以上 5 元/吨，输入用水量求水费。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24 课　复杂的阶梯价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提示：分段计算，注意区间边界。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输入三角形三边，输出它的面积（海伦公式）。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25 课　古老的三角形王国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提示：先用 if 判断能否构成三角形。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投票计数器：输入 5 张选票（1 或 2），用三目运算符统计并输出谁获胜。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26 课　投票计数器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提示：条件 ? 值1 : 值2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匹配翻译：输入 1-7，用 switch 输出对应的星期英文。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27 课　匹配翻译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提示：别忘了每个 case 后的 break。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输入月份，用 switch 输出这个月的季节（春/夏/秋/冬）。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27 课　匹配翻译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提示：多个 case 可以共用一段代码。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游戏段位：输入分数，用 switch 输出青铜/白银/黄金/钻石/王者。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28 课　从青铜到王者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提示：可以把分数除以 20 再 switch。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心理测试小游戏：5 道题，每题输入 A/B，用 if 与 switch 嵌套统计结果。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29 课　不太准的心理测试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提示：先统计计数，再判断类型。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3、7 过游戏：从 1 数到 100，遇到 3 的倍数说“过”，7 的倍数也说“过”，同时是倍数说“过过”。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30 课　3、7过游戏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提示：注意判断顺序，先判同时满足的情况。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3 部分　不辞辛苦（循环结构）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用 while 循环打印 1 到 20。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31 课　不睡觉的计算机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提示：while 的三要素：初值、条件、自增。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输入一个正整数 n，用 while 输出它的所有位数（从个位开始）。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32 课　病毒弹窗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提示：n%10 取个位，n/=10 去掉个位。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趣味青蛙：输入青蛙每次跳的格子和总距离，计算几次能跳到。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33 课　趣味青蛙游戏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提示：用循环模拟每一次跳。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输入 10 个成绩，输出最高分、最低分和平均分。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33 课　趣味青蛙游戏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提示：边读边更新 max 和 min。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竞赛得分：输入 7 个评委打分，去掉一个最高分和一个最低分后求平均分。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34 课　竞赛得分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提示：经典算法，注意保留小数。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每天努力一点点：初始能力值 1，每天进步 1%，求 365 天后的能力值。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35 课　每天努力一点点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提示：对比每天退步 1% 的结果。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输入一个小数，判断它有几位小数（用循环不断乘 10 比较）。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36 课　小数位数的纠结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提示：浮点比较要小心精度。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求两个数的最小公倍数（用穷举 + break）。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37 课　最小公倍数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提示：从较大的数开始往上找。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求两个数的最大公约数（辗转相除法）。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38 课　最大公约数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提示：while(b){ t=a%b; a=b; b=t; }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用最大公约数求最小公倍数，对比穷举法效率。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38 课　最大公约数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 LCM = a*b/GCD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冰雹猜想：输入一个正整数，奇数则乘 3 加 1，偶数则除以 2，直到变成 1，输出每一步。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39 课　神奇的冰雹猜想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提示：别忘了输出总步数。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暴力破解：一个三位数密码，已知各位数字之和为 15，输出所有可能的密码。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40 课　暴力破解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提示：三层循环穷举。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输入一个数，找出所有能把它整除的数（因数）。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40 课　暴力破解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提示：循环到它的一半即可。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用 do-while 实现密码箱：反复输入密码直到正确为止。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41 课　无限次的密码箱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提示：do-while 至少执行一次。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对比 while 和 do-while：分别写同一个程序，说明区别。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41 课　无限次的密码箱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提示：条件一开始就不成立时差别最明显。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倒立的数字：输入一个整数，把它倒序输出。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42 课　倒立的数字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提示：反复 %10 和 /10。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判断一个整数是不是回文数（正着读反着读一样）。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42 课　倒立的数字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提示：倒过来和原数比较。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用 for 循环打印 1 到 100。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43 课　紧箍咒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提示：for(初值; 条件; 变化)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分成两队：输入 10 个身高，奇数身高进 A 队，偶数进 B 队，输出两队人数。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44 课　分成两队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提示：for + if + 两个计数器。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求 1-100 中所有能被 7 整除的数的和。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44 课　分成两队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提示：累加前先判断。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输入 n，求 1+2+…+n 的和（用 for）。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45 课　求和升级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提示：对比 while 版本。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给不起的麦子：棋盘第 1 格放 1 粒，以后每格翻倍，求 64 格总共多少粒。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46 课　给不起的麦子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提示：体会“指数爆炸”与整数溢出。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谁是窃贼：甲乙丙丁四人中一人是小偷，四人各说一句话，只有一人说假话，编程找出小偷。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47 课　谁是窃贼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提示：穷举 + 逻辑判断。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输出 A 到 Z 的所有大写字母及其 ASCII 码。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48 课　字母游戏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提示：字符可以当循环变量。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打印 1-20，但跳过所有 5 的倍数（用 continue）。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49 课　我要继续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提示：continue 跳过本次循环体剩余部分。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输出斐波那契数列的前 30 项。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50 课　大自然的神奇数列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提示：a, b = b, a+b 的 C++ 写法。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输入一个数，判断它是不是质数（用标记法）。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51 课　我是质数吗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提示：循环到 sqrt(n) 就可以。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输出 100 以内的所有质数，每行 5 个。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51 课　我是质数吗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提示：两层循环：外层枚举，内层判断。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输出 1e7、1.7e+007 等科学记数法对应的普通数字。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52 课　1.7e+007不是乱码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提示：理解科学记数法不是乱码。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分数计算器：输入两个分数，完成加、减、乘、除并输出最简结果。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53 课　分数也能计算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提示：通分 + 约分（用最大公约数）。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用循环嵌套输出 5 行 5 列的星号方阵。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54 课　危险！危险！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提示：外层管行，内层管列。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输出直角三角形、等腰三角形和菱形各一个。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54 课　危险！危险！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提示：找空格和星号的数量规律。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字母闪烁：输出一个由字母组成的动画效果（三重循环延时）。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55 课　字母闪烁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提示：注意别让循环次数太多。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骰子电子屏：模拟掷骰子 100 次，统计每个点数出现的次数。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56 课　骰子电子屏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提示：用数组计数 + rand()。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输入层数，输出一棵圣诞树（三角形树冠 + 树干）。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57 课　一棵圣诞树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提示：分两部分：树冠循环 + 树干循环。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输出完整的九九乘法表。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58 课　经典之九九乘法表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提示：注意对齐，用 setw。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鸡兔同笼：输入头和脚的总数，输出鸡和兔各有多少只。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59 课　经典之鸡兔同笼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提示：穷举鸡的数量即可。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百钱百鸡：公鸡 5 钱、母鸡 3 钱、小鸡 3 只 1 钱，100 钱买 100 只鸡，输出所有方案。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60 课　经典之百钱百鸡问题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提示：三重循环或两重循环优化。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输入年份和月份，输出这个月的日历（注意星期对齐和闰年）。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61 课　一本日历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提示：先算这个月 1 号是星期几。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有人说谎：5 个人各说一句话，只有 2 人说谎，编程找出真相。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62 课　有人说谎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提示：穷举 + 逻辑表达式。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4 部分　点线面体的组合（数组）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定义长度为 10 的整型数组，输入 10 个数后原样输出。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63 课　加强训练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提示：下标从 0 开始。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统计校服：输入 20 个同学的校服尺码，统计每种尺码的人数。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64 课　统计校服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提示：用数组做计数器。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输入 10 个数，统计其中大于平均数的有多少个。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64 课　统计校服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提示：先求平均，再遍历统计。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热闹的火柿节：输入每天卖出的柿子数，输出总销量和销量最高的是第几天。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65 课　热闹的火柿节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提示：记录最大值的下标。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用冒泡排序把 10 个数从小到大排列，并输出每一轮的中间结果。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66 课　经典之冒泡排序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提示：相邻比较交换，外层 n-1 轮。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用选择排序把 10 个数从大到小排列。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67 课　经典之选择排序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提示：每轮找最值，放到已排好部分的末尾。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对比冒泡排序和选择排序：各排序 20 个数，统计比较次数和交换次数。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67 课　经典之选择排序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提示：体会两种算法的效率差别。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字符串密码：输入一个字符串，把每个字符后移 3 位后输出（凯撒加密）。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68 课　字符串密码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提示：字符数组 + ASCII 运算。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输入一个字符串，统计其中字母、数字和空格的个数。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68 课　字符串密码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提示：用 isalpha / isdigit 判断。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定义一个 3×3 的二维数组，输入后按矩阵形式输出。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69 课　二维矩阵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提示：两层循环输入输出。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求一个 3×4 矩阵的每一行之和与所有元素的总和。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69 课　二维矩阵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提示：行列下标别写反。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把一个 3×3 矩阵顺时针旋转 90 度后输出。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70 课　翻转钥匙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提示：找下标变换规律：a[i][j] → a[j][n-1-i]。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输入 5×5 矩阵，求两条对角线元素之和。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70 课　翻转钥匙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提示：主对角线 i==j，副对角线 i+j==4。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5 部分　功能的复用（函数）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定义一个打印欢迎语的函数，在主程序中调用 3 次。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71 课　组装一架飞机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提示：函数要先声明或定义在调用之前。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把“组装飞机”的步骤拆成 3 个函数，主程序依次调用。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71 课　组装一架飞机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提示：体会“分而治之”。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写一个 max(a, b) 函数返回两个数中的较大值。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72 课　挑个最大的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提示：注意 return 的类型。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写一个函数把十进制数转成二进制输出。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73 课　进制小case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提示：参数是要转换的数。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写一个函数把十进制转成任意进制（2、8、16）。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73 课　进制小case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提示：两个参数：数值和目标进制。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写一个函数计算两个数的加、减、乘、除（通过参数返回多个结果）。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74 课　计算小能手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提示：可以用引用参数。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写一个判断质数的函数 isPrime(n)，返回 bool。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74 课　计算小能手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提示：主程序里调用它输出 100 以内质数。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改错：全局变量和局部变量重名导致结果错误，请修复并说明作用域。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75 课　我和你一样却不一样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提示：局部变量会“遮蔽”全局变量。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写一个函数，用静态局部变量记录自己被调用了几次。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75 课　我和你一样却不一样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提示：static 变量只初始化一次。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移位加密：写一个函数把字符串每个字符后移 k 位（k 为参数）。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76 课　移位加密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提示：函数 + 字符数组。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写一个函数接收数组和长度，返回数组平均值。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77 课　数组也能传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提示：数组作为参数要传长度。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写一个函数实现数组的冒泡排序（数组作为参数传入）。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77 课　数组也能传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提示：在函数里修改数组会影响原数组。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写一个 factorial(n) 函数，并用它求 1!+2!+…+10! 的和。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78 课　阶乘再求和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提示：函数可以自己调用自己（递归），也可以用循环。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6 部分　C++ 的灵魂（指针）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定义变量 a，用指针 p 指向它，通过 p 输出 a 的地址和值。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79 课　探寻宝藏的地址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提示：&amp; 取地址，* 解引用。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通过指针修改变量的值，观察原变量的变化。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79 课　探寻宝藏的地址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提示：*p = 100;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用指针遍历一个数组，输出每个元素。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80 课　穿越时空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提示：p++ 会跳到下一个元素。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投票表决：输入 5 张选票，用指针操作数组统计票数。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81 课　投票表决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提示：用 *(p+i) 访问元素。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用指针找到数组中的最大值（“指向火车头”）。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82 课　指向火车头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提示：用指针记录最大值的位置。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用指针实现字符串的连接（接上就是喜欢）。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83 课　接上就是喜欢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提示：字符指针逐个字符处理。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写一个 swap 函数，用指针参数真正交换两个变量的值（对比值传递版本）。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84 课　函数里的交换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提示：为什么普通的参数交换不生效？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120.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综合：用指针实现数组的逆序存放，并说明指针与数组、函数的关系。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85 课　双双指向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提示：两个指针，一头一尾对调。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r>
        <w:br w:type="page"/>
      </w:r>
    </w:p>
    <w:p>
      <w:pPr>
        <w:pStyle w:val="Heading1"/>
      </w:pPr>
      <w:r>
        <w:t>第二部分　参考答案与知识点</w:t>
      </w: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20"/>
        </w:rPr>
        <w:t>答案为参考实现，写法不唯一；重点看思路和对应的知识点。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680"/>
            <w:shd w:val="clear" w:color="auto" w:fill="E8F3EC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20"/>
              </w:rPr>
              <w:t>题号</w:t>
            </w:r>
          </w:p>
        </w:tc>
        <w:tc>
          <w:tcPr>
            <w:tcW w:type="dxa" w:w="5839"/>
            <w:shd w:val="clear" w:color="auto" w:fill="E8F3EC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20"/>
              </w:rPr>
              <w:t>参考答案</w:t>
            </w:r>
          </w:p>
        </w:tc>
        <w:tc>
          <w:tcPr>
            <w:tcW w:type="dxa" w:w="3118"/>
            <w:shd w:val="clear" w:color="auto" w:fill="E8F3EC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20"/>
              </w:rPr>
              <w:t>知识点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#include &lt;iostream&gt;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using namespace std;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int main(){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cout &lt;&lt; "Hello, C++!" &lt;&lt; endl;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return 0;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程序框架：头文件、main 函数、return 0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"春眠不觉晓" &lt;&lt; endl;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"处处闻啼鸟" &lt;&lt; endl;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"夜来风雨声" &lt;&lt; endl;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"花落知多少" &lt;&lt; endl;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cout 输出；endl 换行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a;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cin &gt;&gt; a;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a &lt;&lt; endl;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cin 输入；&gt;&gt; 方向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string name; int age;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cin &gt;&gt; name &gt;&gt; age;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"我是" &lt;&lt; name &lt;&lt; "，今年" &lt;&lt; age &lt;&lt; "岁" &lt;&lt; endl;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string 需 #include &lt;string&gt;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a = a + b;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b = a - b;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a = a - b;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// 也可用 a ^= b ^= a ^= b（不推荐）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算术法交换（不用临时变量）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char c; cin &gt;&gt; c;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i=0;i&lt;5;i++){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for(int j=0;j&lt;5;j++) cout &lt;&lt; c &lt;&lt; " 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cout &lt;&lt; endl;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字符型变量；二重循环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25 * 4 + 18 / 3 &lt;&lt; endl;   // 100+6=106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// 18/3 是整数除法，若写成 18/4 结果为 4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整数除法会截断小数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double price; int num;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cin &gt;&gt; price &gt;&gt; num;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fixed &lt;&lt; setprecision(2) &lt;&lt; price * num &lt;&lt; endl;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fixed &lt;&lt; setprecision(2) 保留两位小数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double r; cin &gt;&gt; r;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fixed &lt;&lt; setprecision(2) &lt;&lt; 3.14159 * r * r &lt;&lt; endl;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double 类型；圆面积公式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1 / 3 &lt;&lt; endl;      // 0（int 除法）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1.0 / 3 &lt;&lt; endl;    // 0.333333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int 与 double 除法的区别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i=1;i&lt;=100;i++){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cout &lt;&lt; i &lt;&lt; "\t";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if(i % 10 == 0) cout &lt;&lt; endl;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计数变量配合 if 控制换行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cnt = 0;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i=1;i&lt;=100;i++){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if(i % 10 == 1) cnt++;   // 个位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if(i / 10 == 1) cnt++;   // 十位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cnt &lt;&lt; endl;   // 21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取位：%10 个位、/10 十位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n; cin &gt;&gt; n;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i=1;i&lt;=n;i++){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for(int j=1;j&lt;=n-i;j++) cout &lt;&lt; " 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for(int k=1;k&lt;=2*i-1;k++) cout &lt;&lt; "*";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cout &lt;&lt; endl;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每行 = 空格 + 星号，找数量规律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// 先输出 n 行正三角，再输出 n-1 行倒三角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i=n-1;i&gt;=1;i--){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for(int j=1;j&lt;=n-i;j++) cout &lt;&lt; " 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for(int k=1;k&lt;=2*i-1;k++) cout &lt;&lt; "*";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cout &lt;&lt; endl;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图形的拆分与拼接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long long s = 1;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i=1;i&lt;=10;i++) s *= i;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s &lt;&lt; endl;   // 3628800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累乘；注意 int 溢出风险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double m; int d; cin &gt;&gt; m &gt;&gt; d;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i=1;i&lt;=d;i++) m /= 2;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fixed &lt;&lt; setprecision(4) &lt;&lt; m &lt;&lt; endl;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循环中的衰减（半衰期模型）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t = a; a = b; b = t;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a &lt;&lt; " " &lt;&lt; b &lt;&lt; endl;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经典三行交换（推荐写法）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#include &lt;cstdlib&gt;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system("cls");   // Windows 清屏；Linux/Mac 用 clear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system() 调用系统命令，注意跨平台差异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p, c; cin &gt;&gt; p &gt;&gt; c;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int car = p / c;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if(p % c != 0) car++;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car &lt;&lt; endl;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有余数就多一辆（向上取整）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n, a[32], i = 0;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cin &gt;&gt; n;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while(n &gt; 0){ a[i++] = n % 2; n /= 2; 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j=i-1;j&gt;=0;j--) cout &lt;&lt; a[j];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除 2 取余、倒序输出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char c; cin &gt;&gt; c;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(int)c &lt;&lt; " " &lt;&lt; (char)(c + 32) &lt;&lt; endl;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ASCII 码；大小写相差 32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#include &lt;iomanip&gt;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left &lt;&lt; setw(12) &lt;&lt; "商品" &lt;&lt; right &lt;&lt; setw(8) &lt;&lt; "价格" &lt;&lt; endl;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left &lt;&lt; setw(12) &lt;&lt; "铅笔" &lt;&lt; right &lt;&lt; setw(8) &lt;&lt; 2.5 &lt;&lt; endl;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setw 设宽度；left/right 对齐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double t; cin &gt;&gt; t;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if(t &gt;= 37.3) cout &lt;&lt; "请到发热门诊" &lt;&lt; endl;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else cout &lt;&lt; "普通门诊" &lt;&lt; endl;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if 的基本结构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age; cin &gt;&gt; age;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if(age &gt;= 18) cout &lt;&lt; "已成年" &lt;&lt; endl;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else cout &lt;&lt; "未成年" &lt;&lt; endl;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&gt;= 比较运算符；别写成 =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n; cin &gt;&gt; n;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if(n % 3 == 0 &amp;&amp; n % 5 == 0) cout &lt;&lt; "能" &lt;&lt; endl;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else cout &lt;&lt; "不能" &lt;&lt; endl;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&amp;&amp; 逻辑与：两个条件都成立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max = a;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if(b &gt; max) max = b;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if(c &gt; max) max = c;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max &lt;&lt; endl;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打擂台法求最大值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const double DISCOUNT = 0.8;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if(num &gt;= 10) pay = price * num * DISCOUNT;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else pay = price * num;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const 常量；if-else 二分支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if(n &gt; 0) cout &lt;&lt; "正数";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else if(n &lt; 0) cout &lt;&lt; "负数";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else cout &lt;&lt; "零";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三分支：if / else if / else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h, l; cin &gt;&gt; h &gt;&gt; l;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if(h &gt;= 90 &amp;&amp; h &lt;= 140 &amp;&amp; l &gt;= 60 &amp;&amp; l &lt;= 90) cout &lt;&lt; "正常";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else cout &lt;&lt; "异常";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区间判断用 &amp;&amp; 连接上下限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y, m; cin &gt;&gt; y &gt;&gt; m;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if(m == 2) cout &lt;&lt; ((y%4==0 &amp;&amp; y%100!=0) || y%400==0 ? 29 : 28);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else if(m==4||m==6||m==9||m==11) cout &lt;&lt; 30;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else cout &lt;&lt; 31;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多分支 + 闰年判断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x, y; cin &gt;&gt; x &gt;&gt; y;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if(x &gt; 0 &amp;&amp; y &gt; 0) cout &lt;&lt; "第一象限";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else if(x &lt; 0 &amp;&amp; y &gt; 0) cout &lt;&lt; "第二象限";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else if(x &lt; 0 &amp;&amp; y &lt; 0) cout &lt;&lt; "第三象限";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else if(x &gt; 0 &amp;&amp; y &lt; 0) cout &lt;&lt; "第四象限";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else cout &lt;&lt; "在坐标轴上";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if 嵌套与坐标符号判断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if(a + b &gt; c &amp;&amp; a + c &gt; b &amp;&amp; b + c &gt; a){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if(a==b &amp;&amp; b==c) cout &lt;&lt; "等边";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else if(a==b || b==c || a==c) cout &lt;&lt; "等腰";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else if(a*a+b*b==c*c || a*a+c*c==b*b || b*b+c*c==a*a) cout &lt;&lt; "直角";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else cout &lt;&lt; "普通三角形";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 else cout &lt;&lt; "不能构成三角形";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三角形构成条件与分类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d; cin &gt;&gt; d;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switch(d){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case 1: cout &lt;&lt; "一等奖"; break;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case 6: cout &lt;&lt; "二等奖"; break;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default: cout &lt;&lt; "谢谢参与";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switch-case 与 break；default 兜底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#include &lt;cctype&gt;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char c; cin &gt;&gt; c;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if(isupper(c)) cout &lt;&lt; "大写";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else if(islower(c)) cout &lt;&lt; "小写";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字符分类函数；需 &lt;cctype&gt;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char c; cin &gt;&gt; c;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if(c &gt;= 'A' &amp;&amp; c &lt;= 'Z') c += 32;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else if(c &gt;= 'a' &amp;&amp; c &lt;= 'z') c -= 32;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c &lt;&lt; endl;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字符参与算术运算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a, b; cin &gt;&gt; a &gt;&gt; b;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int d = a &gt; b ? a - b : b - a;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d &lt;&lt; endl;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不用 abs 求差的绝对值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if(a &lt; b) swap(a, b);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if(a &lt; c) swap(a, c);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if(b &lt; c) swap(b, c);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a &lt;&lt; " " &lt;&lt; b &lt;&lt; " " &lt;&lt; c &lt;&lt; endl;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三次比较交换实现三人排序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i=0;i&lt;4;i++)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for(int j=i+1;j&lt;5;j++)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    if(h[i] &lt; h[j]) swap(h[i], h[j]);   // 降序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i=0;i&lt;5;i++) cout &lt;&lt; h[i] &lt;&lt; " ";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选择排序：每轮把最值放到位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double w, fee = 0; cin &gt;&gt; w;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if(w &lt;= 10) fee = w * 2;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else if(w &lt;= 20) fee = 20 + (w - 10) * 3;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else fee = 20 + 30 + (w - 20) * 5;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fee &lt;&lt; "元" &lt;&lt; endl;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分段计费：逐段累加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double a, b, c, s, area;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cin &gt;&gt; a &gt;&gt; b &gt;&gt; c;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if(a + b &gt; c &amp;&amp; a + c &gt; b &amp;&amp; b + c &gt; a){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s = (a + b + c) / 2;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area = sqrt(s * (s - a) * (s - b) * (s - c));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cout &lt;&lt; area &lt;&lt; endl;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海伦公式；sqrt 需 &lt;cmath&gt;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a, b; a = b = 0;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i=0;i&lt;5;i++){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int v; cin &gt;&gt; v;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(v == 1 ? a : b) ++;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(a &gt; b ? "1号获胜" : "2号获胜") &lt;&lt; endl;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三目运算符 条件 ? 值1 : 值2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switch(d){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case 1: cout &lt;&lt; "Monday"; break;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case 2: cout &lt;&lt; "Tuesday"; break;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// … 其余依次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default: cout &lt;&lt; "输入有误";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switch 处理离散值匹配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switch(m){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case 3: case 4: case 5: cout &lt;&lt; "春"; break;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case 6: case 7: case 8: cout &lt;&lt; "夏"; break;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case 9: case 10: case 11: cout &lt;&lt; "秋"; break;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default: cout &lt;&lt; "冬";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多个 case 共用一段代码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s; cin &gt;&gt; s;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switch(s / 20){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case 0: cout &lt;&lt; "青铜"; break;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case 1: cout &lt;&lt; "白银"; break;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case 2: cout &lt;&lt; "黄金"; break;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case 3: cout &lt;&lt; "钻石"; break;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default: cout &lt;&lt; "王者";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把连续区间映射成整数再 switch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a = 0, b = 0;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i=0;i&lt;5;i++){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char c; cin &gt;&gt; c;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if(c == 'A') a++; else b++;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(a &gt; b ? "A 型" : "B 型") &lt;&lt; endl;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循环 + 分支统计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i=1;i&lt;=100;i++){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if(i % 15 == 0) cout &lt;&lt; "过过";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else if(i % 3 == 0 || i % 7 == 0) cout &lt;&lt; "过";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else cout &lt;&lt; i;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cout &lt;&lt; " 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判断顺序：先判同时满足的情况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i = 1;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while(i &lt;= 20){ cout &lt;&lt; i &lt;&lt; " "; i++; 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while 三要素：初值、条件、自增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while(n &gt; 0){ cout &lt;&lt; n % 10 &lt;&lt; " "; n /= 10; 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取位循环：%10 取个位、/10 去个位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step, dist, s = 0, cnt = 0;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cin &gt;&gt; step &gt;&gt; dist;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while(s &lt; dist){ s += step; cnt++; 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cnt &lt;&lt; "次" &lt;&lt; endl;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循环模拟过程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max = -1, min = 101; double sum = 0;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i=0;i&lt;10;i++){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int s; cin &gt;&gt; s;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if(s &gt; max) max = s;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if(s &lt; min) min = s;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sum += s;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max &lt;&lt; " " &lt;&lt; min &lt;&lt; " " &lt;&lt; sum / 10;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边读边更新最值与累加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double sum = 0, max = -1, min = 101, s;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i=0;i&lt;7;i++){ cin &gt;&gt; s; sum += s; if(s&gt;max) max=s; if(s&lt;min) min=s; 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fixed &lt;&lt; setprecision(2) &lt;&lt; (sum - max - min) / 5 &lt;&lt; endl;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去掉极值求平均（评委打分模型）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double v = 1;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i=0;i&lt;365;i++) v *= 1.01;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v &lt;&lt; endl;   // 约 37.78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// 每天退步 1%：v *= 0.99 → 约 0.03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复利效应；循环累乘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// 以字符串读入更可靠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string s; cin &gt;&gt; s;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int pos = s.find('.');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(pos == string::npos ? 0 : s.length() - pos - 1) &lt;&lt; "位小数";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小数位数的两种求法（字符串更稳）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a, b; cin &gt;&gt; a &gt;&gt; b;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 = (a &gt; b ? a : b); ; i++)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if(i % a == 0 &amp;&amp; i % b == 0){ cout &lt;&lt; i; break; 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穷举 + break；从较大数开始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a, b, t; cin &gt;&gt; a &gt;&gt; b;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int x = a, y = b;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while(b){ t = a % b; a = b; b = t; 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a &lt;&lt; endl;   // 最大公约数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辗转相除法（欧几里得算法）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gcd = a;   // 上题结果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x / gcd * y &lt;&lt; endl;   // LCM = a*b/GCD（先除防溢出）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LCM 与 GCD 的关系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n, step = 0; cin &gt;&gt; n;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while(n != 1){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cout &lt;&lt; n &lt;&lt; " 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n = (n % 2) ? n * 3 + 1 : n / 2;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step++;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"共" &lt;&lt; step &lt;&lt; "步" &lt;&lt; endl;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while 不定次循环；奇偶分支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a=1;a&lt;=9;a++)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for(int b=0;b&lt;=9;b++)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for(int c=0;c&lt;=9;c++)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  if(a + b + c == 15) cout &lt;&lt; a &lt;&lt; b &lt;&lt; c &lt;&lt; endl;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三重循环穷举；各位数字拆分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n; cin &gt;&gt; n;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i=1;i&lt;=n/2;i++)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if(n % i == 0) cout &lt;&lt; i &lt;&lt; " 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n;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因数成对出现，只需循环到 n/2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pwd;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do{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cout &lt;&lt; "请输入密码：";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cin &gt;&gt; pwd;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 while(pwd != 123456);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"开锁成功" &lt;&lt; endl;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do-while 至少执行一次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// while：先判断，条件不成立一次都不执行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// do-while：先执行，再判断，至少执行一次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int x = 10;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while(x &lt; 5){ cout &lt;&lt; x; }        // 无输出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do{ cout &lt;&lt; x; } while(x &lt; 5);    // 输出 10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两种循环的执行时机差异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while(n &gt; 0){ cout &lt;&lt; n % 10; n /= 10; 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倒序输出：取余后直接打印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m = n, rev = 0;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while(m){ rev = rev * 10 + m % 10; m /= 10; 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(rev == n ? "是回文数" : "不是回文数");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构造逆序数再比较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i=1;i&lt;=100;i++) cout &lt;&lt; i &lt;&lt; " ";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for(初值; 条件; 变化) 三要素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a = 0, b = 0;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i=0;i&lt;10;i++){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int h; cin &gt;&gt; h;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if(h % 2) a++; else b++;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"A队" &lt;&lt; a &lt;&lt; "人，B队" &lt;&lt; b &lt;&lt; "人";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for + if + 双计数器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s = 0;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i=7;i&lt;=100;i+=7) s += i;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s &lt;&lt; endl;   // 735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步长取 7 直接枚举倍数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n, s = 0; cin &gt;&gt; n;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i=1;i&lt;=n;i++) s += i;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s &lt;&lt; endl;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累加求和；与 while 版本对照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long long sum = 0, g = 1;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i=1;i&lt;=64;i++){ sum += g; g *= 2; 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sum &lt;&lt; endl;   // 约 1.84e19（超出 long long）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指数爆炸；整数溢出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for(char t = 'A'; t &lt;= 'D'; t++){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// 用四个人的话构造逻辑表达式，只有一句为假时成立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int sum = (t != 'A') + (t == 'C') + (t == 'D') + (t != 'D');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if(sum == 3) cout &lt;&lt; "小偷是" &lt;&lt; t &lt;&lt; endl;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穷举 + 逻辑表达式计数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for(char c = 'A'; c &lt;= 'Z'; c++)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cout &lt;&lt; c &lt;&lt; " " &lt;&lt; (int)c &lt;&lt; endl;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字符型可做循环变量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i=1;i&lt;=20;i++){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if(i % 5 == 0) continue;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cout &lt;&lt; i &lt;&lt; " 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continue 跳过本次循环剩余语句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long long a = 1, b = 1;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a &lt;&lt; " " &lt;&lt; b &lt;&lt; " 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i=3;i&lt;=30;i++){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long long c = a + b;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cout &lt;&lt; c &lt;&lt; " 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a = b; b = c;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递推：后一项 = 前两项之和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flag = 1;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i=2;i*i&lt;=n;i++)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if(n % i == 0){ flag = 0; break; 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(flag &amp;&amp; n &gt; 1 ? "是质数" : "不是质数");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标记变量法；循环到 sqrt(n)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n=2;n&lt;=100;n++){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int ok = 1;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for(int i=2;i*i&lt;=n;i++) if(n % i == 0){ ok = 0; break; 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if(ok) cout &lt;&lt; n &lt;&lt; "\t";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双重循环 + 标记变量筛选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double a = 1e7, b = 1.7e+007;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fixed &lt;&lt; a &lt;&lt; " " &lt;&lt; b &lt;&lt; endl;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// 10000000.00  17000000.00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科学记数法：e 表示 10 的幂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// a/b + c/d = (a*d + c*b) / (b*d)，再用 gcd 约分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int fz = a * d + c * b, fm = b * d;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int g = gcd(fz, fm);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fz / g &lt;&lt; "/" &lt;&lt; fm / g;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通分与约分（配合最大公约数）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i=0;i&lt;5;i++){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for(int j=0;j&lt;5;j++) cout &lt;&lt; "* 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cout &lt;&lt; endl;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外层管行、内层管列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// 直角：第 i 行 i 个星；等腰：空格 + 2i-1 个星；菱形：正三角 + 倒三角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i=1;i&lt;=5;i++){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for(int j=1;j&lt;=5-i;j++) cout &lt;&lt; " 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for(int k=1;k&lt;=2*i-1;k++) cout &lt;&lt; "*";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cout &lt;&lt; endl;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三种图形的空格与星号规律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k=0;k&lt;3;k++){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for(char c = 'A'; c &lt;= 'Z'; c++){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    cout &lt;&lt; c &lt;&lt; flush;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    for(long i=0;i&lt;1e7;i++);   // 简单延时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cout &lt;&lt; "\r";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循环延时与回车 \r 刷新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cnt[7] = {0};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srand(time(0));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i=0;i&lt;100;i++) cnt[rand() % 6]++;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i=0;i&lt;6;i++) cout &lt;&lt; i+1 &lt;&lt; "点：" &lt;&lt; cnt[i] &lt;&lt; "次" &lt;&lt; endl;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数组计数；rand 与 srand 随机种子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i=1;i&lt;=n;i++){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for(int j=1;j&lt;=n-i;j++) cout &lt;&lt; " 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for(int k=1;k&lt;=2*i-1;k++) cout &lt;&lt; "*";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cout &lt;&lt; endl;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i=1;i&lt;=2;i++){   // 树干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for(int j=1;j&lt;=n-2;j++) cout &lt;&lt; " 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cout &lt;&lt; "||" &lt;&lt; endl;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复杂图形的分解：树冠 + 树干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i=1;i&lt;=9;i++){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for(int j=1;j&lt;=i;j++)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    cout &lt;&lt; j &lt;&lt; "×" &lt;&lt; i &lt;&lt; "=" &lt;&lt; setw(2) &lt;&lt; i*j &lt;&lt; " 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cout &lt;&lt; endl;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二重循环 + setw 对齐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j=1;j&lt;=35;j++){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int t = 35 - j;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if(j * 2 + t * 4 == 94) cout &lt;&lt; "鸡" &lt;&lt; j &lt;&lt; "只，兔" &lt;&lt; t &lt;&lt; "只";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鸡兔同笼：穷举一个量即可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g=0;g&lt;=20;g++)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for(int m=0;m&lt;=33;m++){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int x = 100 - g - m;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if(x % 3 == 0 &amp;&amp; g*5 + m*3 + x/3 == 100)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    cout &lt;&lt; "公" &lt;&lt; g &lt;&lt; " 母" &lt;&lt; m &lt;&lt; " 小" &lt;&lt; x &lt;&lt; endl;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枚举优化：第三重循环用减法代替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// 1. 用蔡勒公式或逐年累加算出该月 1 号是星期几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// 2. 先输出对应空格，再按天数输出，每 7 个换一行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" 日 一 二 三 四 五 六" &lt;&lt; endl;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i=0;i&lt;firstDay;i++) cout &lt;&lt; "   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d=1;d&lt;=days;d++){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cout &lt;&lt; setw(3) &lt;&lt; d;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if((firstDay + d) % 7 == 0) cout &lt;&lt; endl;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日期计算与对齐输出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// 用 0/1 枚举每个人的真假，统计说谎人数是否为 2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a=0;a&lt;=1;a++) for(int b=0;b&lt;=1;b++) for(int c=0;c&lt;=1;c++)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for(int d=0;d&lt;=1;d++) for(int e=0;e&lt;=1;e++)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if((a==0) + (b==0) + (c==0) + (d==0) + (e==0) == 2)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    cout &lt;&lt; a &lt;&lt; b &lt;&lt; c &lt;&lt; d &lt;&lt; e &lt;&lt; endl;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逻辑推理的程序化：穷举 + 条件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a[10];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i=0;i&lt;10;i++) cin &gt;&gt; a[i];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i=0;i&lt;10;i++) cout &lt;&lt; a[i] &lt;&lt; " ";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数组定义；下标从 0 开始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cnt[6] = {0}, s;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i=0;i&lt;20;i++){ cin &gt;&gt; s; cnt[s - 1]++; 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i=0;i&lt;6;i++) cout &lt;&lt; i+1 &lt;&lt; "号：" &lt;&lt; cnt[i] &lt;&lt; "人" &lt;&lt; endl;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数组作计数器（下标映射）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double sum = 0, avg;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i=0;i&lt;10;i++) sum += a[i];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avg = sum / 10;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int cnt = 0;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i=0;i&lt;10;i++) if(a[i] &gt; avg) cnt++;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cnt;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先求平均再遍历统计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a[7], sum = 0, best = 0;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i=0;i&lt;7;i++){ cin &gt;&gt; a[i]; sum += a[i]; if(a[i] &gt; a[best]) best = i; 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"总销量" &lt;&lt; sum &lt;&lt; "，最好的是第" &lt;&lt; best + 1 &lt;&lt; "天";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记录最值的下标而非值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i=0;i&lt;n-1;i++){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for(int j=0;j&lt;n-1-i;j++)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    if(a[j] &gt; a[j+1]) swap(a[j], a[j+1]);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cout &lt;&lt; "第" &lt;&lt; i+1 &lt;&lt; "轮：";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for(int k=0;k&lt;n;k++) cout &lt;&lt; a[k] &lt;&lt; " 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cout &lt;&lt; endl;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冒泡排序：相邻比较交换，n-1 轮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i=0;i&lt;n-1;i++){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int p = i;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for(int j=i+1;j&lt;n;j++) if(a[j] &gt; a[p]) p = j;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swap(a[i], a[p]);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选择排序：每轮选最值放到前面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// 在两层循环里分别加 cmp++（比较）和 swp++（交换）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// 结论：比较次数相同量级，冒泡交换多、选择交换少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算法效率分析：比较与交换次数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char s[100];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cin.getline(s, 100);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i=0;s[i];i++)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if(s[i] &gt;= 'a' &amp;&amp; s[i] &lt;= 'z') s[i] = (s[i] - 'a' + 3) % 26 + 'a';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s;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凯撒加密；字符取模回绕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l = 0, d = 0, sp = 0;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i=0;s[i];i++){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if(isalpha(s[i])) l++;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else if(isdigit(s[i])) d++;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else if(s[i] == ' ') sp++;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字符分类统计；getline 读整行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a[3][3];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i=0;i&lt;3;i++) for(int j=0;j&lt;3;j++) cin &gt;&gt; a[i][j];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i=0;i&lt;3;i++){ for(int j=0;j&lt;3;j++) cout &lt;&lt; a[i][j] &lt;&lt; " "; cout &lt;&lt; endl; 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二维数组的行列下标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a[3][4], total = 0;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i=0;i&lt;3;i++){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int rs = 0;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for(int j=0;j&lt;4;j++){ cin &gt;&gt; a[i][j]; rs += a[i][j]; 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cout &lt;&lt; "第" &lt;&lt; i+1 &lt;&lt; "行和：" &lt;&lt; rs &lt;&lt; endl;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total += rs;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"总和：" &lt;&lt; total;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行和累加得到总和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b[3][3];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i=0;i&lt;3;i++) for(int j=0;j&lt;3;j++) b[j][2-i] = a[i][j];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// 顺时针 90°：新[j][n-1-i] = 原[i][j]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矩阵旋转的下标变换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a[5][5], s1 = 0, s2 = 0;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i=0;i&lt;5;i++) for(int j=0;j&lt;5;j++){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cin &gt;&gt; a[i][j];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if(i == j) s1 += a[i][j];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if(i + j == 4) s2 += a[i][j];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主对角线 i==j，副对角线 i+j==n-1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void welcome(){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cout &lt;&lt; "欢迎来到 C++ 的世界！" &lt;&lt; endl;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int main(){ welcome(); welcome(); welcome(); return 0; 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函数定义与调用；先定义后使用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void step1(){ cout &lt;&lt; "装机身\n"; 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void step2(){ cout &lt;&lt; "装机翼\n"; 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void step3(){ cout &lt;&lt; "装尾翼\n"; 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int main(){ step1(); step2(); step3(); 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分而治之：大问题拆成小函数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max(int a, int b){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return a &gt; b ? a : b;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带参数与返回值的函数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void toBinary(int n){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if(n &gt; 1) toBinary(n / 2);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cout &lt;&lt; n % 2;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递归或循环实现进制转换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void toBase(int n, int base){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int a[32], i = 0;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while(n){ a[i++] = n % base; n /= base; 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for(int j=i-1;j&gt;=0;j--) cout &lt;&lt; a[j];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进制参数化；余数倒序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void calc(int a, int b, int &amp;s, int &amp;d, int &amp;m, double &amp;q){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s = a + b; d = a - b; m = a * b; q = (double)a / b;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引用参数 &amp; 实现多结果返回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bool isPrime(int n){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if(n &lt; 2) return false;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for(int i=2;i*i&lt;=n;i++) if(n % i == 0) return false;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return true;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bool 返回值；函数复用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x = 10;            // 全局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void f(){ int x = 20; cout &lt;&lt; x; }   // 局部遮蔽全局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// 修复：改名，或用 ::x 访问全局变量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作用域：局部变量遮蔽同名全局变量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void f(){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static int cnt = 0;   // 只初始化一次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cnt++;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cout &lt;&lt; "第" &lt;&lt; cnt &lt;&lt; "次调用" &lt;&lt; endl;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static 局部变量的生命周期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void shift(char s[], int k){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for(int i=0;s[i];i++) s[i] = (s[i] - 'a' + k) % 26 + 'a';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字符数组作参数；原地修改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double avg(int a[], int n){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double s = 0;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for(int i=0;i&lt;n;i++) s += a[i];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return s / n;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数组作参数需同时传长度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void bubble(int a[], int n){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for(int i=0;i&lt;n-1;i++)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    for(int j=0;j&lt;n-1-i;j++)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        if(a[j] &gt; a[j+1]) swap(a[j], a[j+1]);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数组作参数传的是地址，函数内修改会影响原数组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long long factorial(int n){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long long s = 1;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for(int i=1;i&lt;=n;i++) s *= i;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return s;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// 主程序：for(int i=1;i&lt;=10;i++) sum += factorial(i);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函数封装与循环调用；阶乘和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a = 10;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int *p = &amp;a;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p &lt;&lt; " " &lt;&lt; *p &lt;&lt; endl;   // 地址 和 值 10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&amp; 取地址；* 解引用；指针声明 int*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a = 10;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int *p = &amp;a;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*p = 100;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a &lt;&lt; endl;   // 100，原变量被改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通过指针间接修改变量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a[5] = {1,2,3,4,5};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*p = a; p &lt; a + 5; p++) cout &lt;&lt; *p &lt;&lt; " ";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指针自增移动到下一元素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v[3] = {0}, x;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int *p = v;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i=0;i&lt;5;i++){ cin &gt;&gt; x; (*(p + x - 1))++; 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i=0;i&lt;3;i++) cout &lt;&lt; *(p + i) &lt;&lt; " ";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*(p+i) 等价于 p[i]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int a[5], *pmax = a;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for(int *p = a + 1; p &lt; a + 5; p++)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if(*p &gt; *pmax) pmax = p;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"最大值" &lt;&lt; *pmax;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用指针记录最值位置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char s1[100] = "我喜欢", s2[] = "编程";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char *p = s1;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while(*p) p++;            // 移到末尾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for(char *q = s2; *q; q++) *p++ = *q;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*p = '\0';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cout &lt;&lt; s1;   // 我喜欢编程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字符指针与 \0 结束标志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void swap(int *a, int *b){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int t = *a; *a = *b; *b = t;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// 调用：swap(&amp;x, &amp;y)   值传递版本交换的是副本，故不生效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指针参数实现真正的交换（地址传递）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120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void reverse(int *a, int n){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int *p = a, *q = a + n - 1;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 xml:space="preserve">    while(p &lt; q){ int t = *p; *p = *q; *q = t; p++; q--; 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}</w:t>
            </w:r>
          </w:p>
          <w:p>
            <w:pPr>
              <w:spacing w:after="0" w:line="240" w:lineRule="auto"/>
              <w:shd w:val="clear" w:color="auto" w:fill="F4F8F5"/>
            </w:pPr>
            <w:r>
              <w:rPr>
                <w:rFonts w:ascii="Consolas" w:hAnsi="Consolas" w:eastAsia="Consolas"/>
                <w:b w:val="0"/>
                <w:i w:val="0"/>
                <w:sz w:val="17"/>
              </w:rPr>
              <w:t>// 数组名即首地址，所以数组和指针可以互相操作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双指针法；数组与指针的关系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i w:val="0"/>
        <w:color w:val="777F7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2F9E5C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2F9E5C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黑体" w:hAnsi="黑体" w:eastAsia="黑体"/>
      <w:b/>
      <w:bCs/>
      <w:color w:val="2F9E5C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